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center"/>
        <w:tblLayout w:type="fixed"/>
        <w:tblLook w:firstColumn="1" w:firstRow="1" w:lastColumn="0" w:lastRow="0" w:noHBand="0" w:noVBand="1" w:val="04A0"/>
        <w:tblBorders>
          <w:top w:val="single" w:sz="6" w:color="CADBD9"/>
          <w:left w:val="single" w:sz="6" w:color="CADBD9"/>
          <w:bottom w:val="single" w:sz="6" w:color="CADBD9"/>
          <w:right w:val="single" w:sz="6" w:color="CADBD9"/>
          <w:insideH w:val="single" w:sz="6" w:color="CADBD9"/>
          <w:insideV w:val="single" w:sz="6" w:color="CADBD9"/>
        </w:tblBorders>
      </w:tblPr>
      <w:tblGrid>
        <w:gridCol w:w="2376"/>
        <w:gridCol w:w="7790"/>
      </w:tblGrid>
      <w:tr>
        <w:tc>
          <w:tcPr>
            <w:tcW w:type="dxa" w:w="5083"/>
            <w:shd w:fill="E9F1EF"/>
            <w:tcMar>
              <w:top w:w="240" w:type="dxa"/>
              <w:start w:w="100" w:type="dxa"/>
              <w:bottom w:w="240" w:type="dxa"/>
              <w:end w:w="100" w:type="dxa"/>
            </w:tcMar>
          </w:tcPr>
          <w:p>
            <w:pPr>
              <w:jc w:val="center"/>
            </w:pPr>
            <w:r>
              <w:rPr>
                <w:rFonts w:ascii="Arial" w:hAnsi="Arial"/>
                <w:b/>
                <w:i w:val="0"/>
                <w:color w:val="031C33"/>
                <w:sz w:val="18"/>
              </w:rPr>
              <w:t>[ INSERT</w:t>
              <w:br/>
              <w:t>LOGO HERE ]</w:t>
            </w:r>
          </w:p>
        </w:tc>
        <w:tc>
          <w:tcPr>
            <w:tcW w:type="dxa" w:w="5083"/>
            <w:tcMar>
              <w:top w:w="80" w:type="dxa"/>
              <w:start w:w="180" w:type="dxa"/>
              <w:bottom w:w="80" w:type="dxa"/>
              <w:end w:w="100" w:type="dxa"/>
            </w:tcMar>
          </w:tcPr>
          <w:p>
            <w:pPr>
              <w:spacing w:after="60"/>
            </w:pPr>
            <w:r>
              <w:rPr>
                <w:rFonts w:ascii="Arial" w:hAnsi="Arial"/>
                <w:b/>
                <w:i w:val="0"/>
                <w:color w:val="031C33"/>
                <w:sz w:val="36"/>
              </w:rPr>
              <w:t>[PRACTICE / BUSINESS NAME]</w:t>
            </w:r>
          </w:p>
          <w:p>
            <w:pPr>
              <w:spacing w:after="60"/>
            </w:pPr>
            <w:r>
              <w:rPr>
                <w:rFonts w:ascii="Arial" w:hAnsi="Arial"/>
                <w:b w:val="0"/>
                <w:i/>
                <w:color w:val="B69757"/>
                <w:sz w:val="18"/>
              </w:rPr>
              <w:t>[YOUR SLOGAN OR TAGLINE]</w:t>
            </w:r>
          </w:p>
          <w:p>
            <w:pPr>
              <w:spacing w:after="0"/>
            </w:pPr>
            <w:r>
              <w:rPr>
                <w:rFonts w:ascii="Arial" w:hAnsi="Arial"/>
                <w:b/>
                <w:i w:val="0"/>
                <w:color w:val="234456"/>
                <w:sz w:val="22"/>
              </w:rPr>
              <w:t>Customer Enrolment &amp; Informed Consent Form</w:t>
            </w:r>
          </w:p>
        </w:tc>
      </w:tr>
    </w:tbl>
    <w:p>
      <w:pPr>
        <w:spacing w:before="100" w:after="140"/>
        <w:jc w:val="center"/>
      </w:pPr>
      <w:r>
        <w:rPr>
          <w:rFonts w:ascii="Arial" w:hAnsi="Arial"/>
          <w:b/>
          <w:i w:val="0"/>
          <w:color w:val="506572"/>
          <w:sz w:val="14"/>
        </w:rPr>
        <w:t>EDITABLE PRACTITIONER TEMPLATE  |  Replace all [BRACKETED PLACEHOLDERS] before use</w:t>
      </w:r>
    </w:p>
    <w:tbl>
      <w:tblPr>
        <w:tblW w:type="auto" w:w="0"/>
        <w:tblLayout w:type="fixed"/>
        <w:tblLook w:firstColumn="1" w:firstRow="1" w:lastColumn="0" w:lastRow="0" w:noHBand="0" w:noVBand="1" w:val="04A0"/>
      </w:tblPr>
      <w:tblGrid>
        <w:gridCol w:w="10166"/>
      </w:tblGrid>
      <w:tr>
        <w:tc>
          <w:tcPr>
            <w:tcW w:type="dxa" w:w="10166"/>
            <w:shd w:fill="031C33"/>
            <w:tcMar>
              <w:top w:w="115" w:type="dxa"/>
              <w:start w:w="150" w:type="dxa"/>
              <w:bottom w:w="105" w:type="dxa"/>
              <w:end w:w="150" w:type="dxa"/>
            </w:tcMar>
          </w:tcPr>
          <w:p>
            <w:pPr>
              <w:spacing w:after="0"/>
            </w:pPr>
            <w:r>
              <w:rPr>
                <w:rFonts w:ascii="Arial" w:hAnsi="Arial"/>
                <w:b/>
                <w:i w:val="0"/>
                <w:color w:val="FFFFFF"/>
                <w:sz w:val="22"/>
              </w:rPr>
              <w:t>1. CLIENT ENROLMENT DETAILS</w:t>
            </w:r>
          </w:p>
          <w:p>
            <w:pPr>
              <w:spacing w:after="0"/>
            </w:pPr>
            <w:r>
              <w:rPr>
                <w:rFonts w:ascii="Arial" w:hAnsi="Arial"/>
                <w:b w:val="0"/>
                <w:i w:val="0"/>
                <w:color w:val="E9F1EF"/>
                <w:sz w:val="15"/>
              </w:rPr>
              <w:t>Please complete clearly. Fields may be adapted to your practice and local requirements.</w:t>
            </w:r>
          </w:p>
        </w:tc>
      </w:tr>
    </w:tbl>
    <w:p>
      <w:pPr>
        <w:spacing w:after="0"/>
      </w:pPr>
    </w:p>
    <w:tbl>
      <w:tblPr>
        <w:tblW w:type="auto" w:w="0"/>
        <w:jc w:val="center"/>
        <w:tblLayout w:type="fixed"/>
        <w:tblLook w:firstColumn="1" w:firstRow="1" w:lastColumn="0" w:lastRow="0" w:noHBand="0" w:noVBand="1" w:val="04A0"/>
        <w:tblBorders>
          <w:top w:val="single" w:sz="6" w:color="CADBD9"/>
          <w:left w:val="single" w:sz="6" w:color="CADBD9"/>
          <w:bottom w:val="single" w:sz="6" w:color="CADBD9"/>
          <w:right w:val="single" w:sz="6" w:color="CADBD9"/>
          <w:insideH w:val="single" w:sz="6" w:color="CADBD9"/>
          <w:insideV w:val="single" w:sz="6" w:color="CADBD9"/>
        </w:tblBorders>
      </w:tblPr>
      <w:tblGrid>
        <w:gridCol w:w="5083"/>
        <w:gridCol w:w="5083"/>
      </w:tblGrid>
      <w:tr>
        <w:tc>
          <w:tcPr>
            <w:tcW w:type="dxa" w:w="3168"/>
            <w:vAlign w:val="center"/>
            <w:shd w:fill="E9F1EF"/>
            <w:tcMar>
              <w:top w:w="85" w:type="dxa"/>
              <w:start w:w="115" w:type="dxa"/>
              <w:bottom w:w="85" w:type="dxa"/>
              <w:end w:w="115" w:type="dxa"/>
            </w:tcMar>
          </w:tcPr>
          <w:p>
            <w:r>
              <w:rPr>
                <w:rFonts w:ascii="Arial" w:hAnsi="Arial"/>
                <w:b/>
                <w:i w:val="0"/>
                <w:color w:val="031C33"/>
                <w:sz w:val="16"/>
              </w:rPr>
              <w:t>Full name</w:t>
            </w:r>
          </w:p>
        </w:tc>
        <w:tc>
          <w:tcPr>
            <w:tcW w:type="dxa" w:w="6998"/>
            <w:vAlign w:val="center"/>
            <w:tcMar>
              <w:top w:w="85" w:type="dxa"/>
              <w:start w:w="115" w:type="dxa"/>
              <w:bottom w:w="85" w:type="dxa"/>
              <w:end w:w="115" w:type="dxa"/>
            </w:tcMar>
          </w:tcPr>
          <w:p>
            <w:r>
              <w:rPr>
                <w:rFonts w:ascii="Arial" w:hAnsi="Arial"/>
                <w:b w:val="0"/>
                <w:i w:val="0"/>
                <w:color w:val="234456"/>
                <w:sz w:val="17"/>
              </w:rPr>
              <w:t>[Click or tap here to enter text]</w:t>
            </w:r>
          </w:p>
        </w:tc>
      </w:tr>
      <w:tr>
        <w:tc>
          <w:tcPr>
            <w:tcW w:type="dxa" w:w="3168"/>
            <w:vAlign w:val="center"/>
            <w:shd w:fill="E9F1EF"/>
            <w:tcMar>
              <w:top w:w="85" w:type="dxa"/>
              <w:start w:w="115" w:type="dxa"/>
              <w:bottom w:w="85" w:type="dxa"/>
              <w:end w:w="115" w:type="dxa"/>
            </w:tcMar>
          </w:tcPr>
          <w:p>
            <w:r>
              <w:rPr>
                <w:rFonts w:ascii="Arial" w:hAnsi="Arial"/>
                <w:b/>
                <w:i w:val="0"/>
                <w:color w:val="031C33"/>
                <w:sz w:val="16"/>
              </w:rPr>
              <w:t>Preferred name</w:t>
            </w:r>
          </w:p>
        </w:tc>
        <w:tc>
          <w:tcPr>
            <w:tcW w:type="dxa" w:w="6998"/>
            <w:vAlign w:val="center"/>
            <w:tcMar>
              <w:top w:w="85" w:type="dxa"/>
              <w:start w:w="115" w:type="dxa"/>
              <w:bottom w:w="85" w:type="dxa"/>
              <w:end w:w="115" w:type="dxa"/>
            </w:tcMar>
          </w:tcPr>
          <w:p>
            <w:r>
              <w:rPr>
                <w:rFonts w:ascii="Arial" w:hAnsi="Arial"/>
                <w:b w:val="0"/>
                <w:i w:val="0"/>
                <w:color w:val="234456"/>
                <w:sz w:val="17"/>
              </w:rPr>
              <w:t>[Click or tap here to enter text]</w:t>
            </w:r>
          </w:p>
        </w:tc>
      </w:tr>
      <w:tr>
        <w:tc>
          <w:tcPr>
            <w:tcW w:type="dxa" w:w="3168"/>
            <w:vAlign w:val="center"/>
            <w:shd w:fill="E9F1EF"/>
            <w:tcMar>
              <w:top w:w="85" w:type="dxa"/>
              <w:start w:w="115" w:type="dxa"/>
              <w:bottom w:w="85" w:type="dxa"/>
              <w:end w:w="115" w:type="dxa"/>
            </w:tcMar>
          </w:tcPr>
          <w:p>
            <w:r>
              <w:rPr>
                <w:rFonts w:ascii="Arial" w:hAnsi="Arial"/>
                <w:b/>
                <w:i w:val="0"/>
                <w:color w:val="031C33"/>
                <w:sz w:val="16"/>
              </w:rPr>
              <w:t>Date of birth</w:t>
            </w:r>
          </w:p>
        </w:tc>
        <w:tc>
          <w:tcPr>
            <w:tcW w:type="dxa" w:w="6998"/>
            <w:vAlign w:val="center"/>
            <w:tcMar>
              <w:top w:w="85" w:type="dxa"/>
              <w:start w:w="115" w:type="dxa"/>
              <w:bottom w:w="85" w:type="dxa"/>
              <w:end w:w="115" w:type="dxa"/>
            </w:tcMar>
          </w:tcPr>
          <w:p>
            <w:r>
              <w:rPr>
                <w:rFonts w:ascii="Arial" w:hAnsi="Arial"/>
                <w:b w:val="0"/>
                <w:i w:val="0"/>
                <w:color w:val="234456"/>
                <w:sz w:val="17"/>
              </w:rPr>
              <w:t>[DD / MM / YYYY]        ID / passport no. (optional): [Enter]</w:t>
            </w:r>
          </w:p>
        </w:tc>
      </w:tr>
      <w:tr>
        <w:tc>
          <w:tcPr>
            <w:tcW w:type="dxa" w:w="3168"/>
            <w:vAlign w:val="center"/>
            <w:shd w:fill="E9F1EF"/>
            <w:tcMar>
              <w:top w:w="85" w:type="dxa"/>
              <w:start w:w="115" w:type="dxa"/>
              <w:bottom w:w="85" w:type="dxa"/>
              <w:end w:w="115" w:type="dxa"/>
            </w:tcMar>
          </w:tcPr>
          <w:p>
            <w:r>
              <w:rPr>
                <w:rFonts w:ascii="Arial" w:hAnsi="Arial"/>
                <w:b/>
                <w:i w:val="0"/>
                <w:color w:val="031C33"/>
                <w:sz w:val="16"/>
              </w:rPr>
              <w:t>Mobile number</w:t>
            </w:r>
          </w:p>
        </w:tc>
        <w:tc>
          <w:tcPr>
            <w:tcW w:type="dxa" w:w="6998"/>
            <w:vAlign w:val="center"/>
            <w:tcMar>
              <w:top w:w="85" w:type="dxa"/>
              <w:start w:w="115" w:type="dxa"/>
              <w:bottom w:w="85" w:type="dxa"/>
              <w:end w:w="115" w:type="dxa"/>
            </w:tcMar>
          </w:tcPr>
          <w:p>
            <w:r>
              <w:rPr>
                <w:rFonts w:ascii="Arial" w:hAnsi="Arial"/>
                <w:b w:val="0"/>
                <w:i w:val="0"/>
                <w:color w:val="234456"/>
                <w:sz w:val="17"/>
              </w:rPr>
              <w:t>[Enter]</w:t>
            </w:r>
          </w:p>
        </w:tc>
      </w:tr>
      <w:tr>
        <w:tc>
          <w:tcPr>
            <w:tcW w:type="dxa" w:w="3168"/>
            <w:vAlign w:val="center"/>
            <w:shd w:fill="E9F1EF"/>
            <w:tcMar>
              <w:top w:w="85" w:type="dxa"/>
              <w:start w:w="115" w:type="dxa"/>
              <w:bottom w:w="85" w:type="dxa"/>
              <w:end w:w="115" w:type="dxa"/>
            </w:tcMar>
          </w:tcPr>
          <w:p>
            <w:r>
              <w:rPr>
                <w:rFonts w:ascii="Arial" w:hAnsi="Arial"/>
                <w:b/>
                <w:i w:val="0"/>
                <w:color w:val="031C33"/>
                <w:sz w:val="16"/>
              </w:rPr>
              <w:t>Email address</w:t>
            </w:r>
          </w:p>
        </w:tc>
        <w:tc>
          <w:tcPr>
            <w:tcW w:type="dxa" w:w="6998"/>
            <w:vAlign w:val="center"/>
            <w:tcMar>
              <w:top w:w="85" w:type="dxa"/>
              <w:start w:w="115" w:type="dxa"/>
              <w:bottom w:w="85" w:type="dxa"/>
              <w:end w:w="115" w:type="dxa"/>
            </w:tcMar>
          </w:tcPr>
          <w:p>
            <w:r>
              <w:rPr>
                <w:rFonts w:ascii="Arial" w:hAnsi="Arial"/>
                <w:b w:val="0"/>
                <w:i w:val="0"/>
                <w:color w:val="234456"/>
                <w:sz w:val="17"/>
              </w:rPr>
              <w:t>[Enter]</w:t>
            </w:r>
          </w:p>
        </w:tc>
      </w:tr>
      <w:tr>
        <w:tc>
          <w:tcPr>
            <w:tcW w:type="dxa" w:w="3168"/>
            <w:vAlign w:val="center"/>
            <w:shd w:fill="E9F1EF"/>
            <w:tcMar>
              <w:top w:w="85" w:type="dxa"/>
              <w:start w:w="115" w:type="dxa"/>
              <w:bottom w:w="85" w:type="dxa"/>
              <w:end w:w="115" w:type="dxa"/>
            </w:tcMar>
          </w:tcPr>
          <w:p>
            <w:r>
              <w:rPr>
                <w:rFonts w:ascii="Arial" w:hAnsi="Arial"/>
                <w:b/>
                <w:i w:val="0"/>
                <w:color w:val="031C33"/>
                <w:sz w:val="16"/>
              </w:rPr>
              <w:t>Residential address</w:t>
            </w:r>
          </w:p>
        </w:tc>
        <w:tc>
          <w:tcPr>
            <w:tcW w:type="dxa" w:w="6998"/>
            <w:vAlign w:val="center"/>
            <w:tcMar>
              <w:top w:w="85" w:type="dxa"/>
              <w:start w:w="115" w:type="dxa"/>
              <w:bottom w:w="85" w:type="dxa"/>
              <w:end w:w="115" w:type="dxa"/>
            </w:tcMar>
          </w:tcPr>
          <w:p>
            <w:r>
              <w:rPr>
                <w:rFonts w:ascii="Arial" w:hAnsi="Arial"/>
                <w:b w:val="0"/>
                <w:i w:val="0"/>
                <w:color w:val="234456"/>
                <w:sz w:val="17"/>
              </w:rPr>
              <w:t>[Enter]</w:t>
            </w:r>
          </w:p>
        </w:tc>
      </w:tr>
      <w:tr>
        <w:tc>
          <w:tcPr>
            <w:tcW w:type="dxa" w:w="3168"/>
            <w:vAlign w:val="center"/>
            <w:shd w:fill="E9F1EF"/>
            <w:tcMar>
              <w:top w:w="85" w:type="dxa"/>
              <w:start w:w="115" w:type="dxa"/>
              <w:bottom w:w="85" w:type="dxa"/>
              <w:end w:w="115" w:type="dxa"/>
            </w:tcMar>
          </w:tcPr>
          <w:p>
            <w:r>
              <w:rPr>
                <w:rFonts w:ascii="Arial" w:hAnsi="Arial"/>
                <w:b/>
                <w:i w:val="0"/>
                <w:color w:val="031C33"/>
                <w:sz w:val="16"/>
              </w:rPr>
              <w:t>Emergency contact</w:t>
            </w:r>
          </w:p>
        </w:tc>
        <w:tc>
          <w:tcPr>
            <w:tcW w:type="dxa" w:w="6998"/>
            <w:vAlign w:val="center"/>
            <w:tcMar>
              <w:top w:w="85" w:type="dxa"/>
              <w:start w:w="115" w:type="dxa"/>
              <w:bottom w:w="85" w:type="dxa"/>
              <w:end w:w="115" w:type="dxa"/>
            </w:tcMar>
          </w:tcPr>
          <w:p>
            <w:r>
              <w:rPr>
                <w:rFonts w:ascii="Arial" w:hAnsi="Arial"/>
                <w:b w:val="0"/>
                <w:i w:val="0"/>
                <w:color w:val="234456"/>
                <w:sz w:val="17"/>
              </w:rPr>
              <w:t>Name: [Enter]        Relationship: [Enter]        Phone: [Enter]</w:t>
            </w:r>
          </w:p>
        </w:tc>
      </w:tr>
      <w:tr>
        <w:tc>
          <w:tcPr>
            <w:tcW w:type="dxa" w:w="3168"/>
            <w:vAlign w:val="center"/>
            <w:shd w:fill="E9F1EF"/>
            <w:tcMar>
              <w:top w:w="85" w:type="dxa"/>
              <w:start w:w="115" w:type="dxa"/>
              <w:bottom w:w="85" w:type="dxa"/>
              <w:end w:w="115" w:type="dxa"/>
            </w:tcMar>
          </w:tcPr>
          <w:p>
            <w:r>
              <w:rPr>
                <w:rFonts w:ascii="Arial" w:hAnsi="Arial"/>
                <w:b/>
                <w:i w:val="0"/>
                <w:color w:val="031C33"/>
                <w:sz w:val="16"/>
              </w:rPr>
              <w:t>Referral source</w:t>
            </w:r>
          </w:p>
        </w:tc>
        <w:tc>
          <w:tcPr>
            <w:tcW w:type="dxa" w:w="6998"/>
            <w:vAlign w:val="center"/>
            <w:tcMar>
              <w:top w:w="85" w:type="dxa"/>
              <w:start w:w="115" w:type="dxa"/>
              <w:bottom w:w="85" w:type="dxa"/>
              <w:end w:w="115" w:type="dxa"/>
            </w:tcMar>
          </w:tcPr>
          <w:p>
            <w:r>
              <w:rPr>
                <w:rFonts w:ascii="Arial" w:hAnsi="Arial"/>
                <w:b w:val="0"/>
                <w:i w:val="0"/>
                <w:color w:val="234456"/>
                <w:sz w:val="17"/>
              </w:rPr>
              <w:t>☐ Existing client   ☐ Practitioner   ☐ Social media   ☐ Other: [Enter]</w:t>
            </w:r>
          </w:p>
        </w:tc>
      </w:tr>
    </w:tbl>
    <w:tbl>
      <w:tblPr>
        <w:tblW w:type="auto" w:w="0"/>
        <w:tblLayout w:type="fixed"/>
        <w:tblLook w:firstColumn="1" w:firstRow="1" w:lastColumn="0" w:lastRow="0" w:noHBand="0" w:noVBand="1" w:val="04A0"/>
      </w:tblPr>
      <w:tblGrid>
        <w:gridCol w:w="10166"/>
      </w:tblGrid>
      <w:tr>
        <w:tc>
          <w:tcPr>
            <w:tcW w:type="dxa" w:w="10166"/>
            <w:shd w:fill="031C33"/>
            <w:tcMar>
              <w:top w:w="115" w:type="dxa"/>
              <w:start w:w="150" w:type="dxa"/>
              <w:bottom w:w="105" w:type="dxa"/>
              <w:end w:w="150" w:type="dxa"/>
            </w:tcMar>
          </w:tcPr>
          <w:p>
            <w:pPr>
              <w:spacing w:after="0"/>
            </w:pPr>
            <w:r>
              <w:rPr>
                <w:rFonts w:ascii="Arial" w:hAnsi="Arial"/>
                <w:b/>
                <w:i w:val="0"/>
                <w:color w:val="FFFFFF"/>
                <w:sz w:val="22"/>
              </w:rPr>
              <w:t>2. SESSION GOALS &amp; RELEVANT INFORMATION</w:t>
            </w:r>
          </w:p>
        </w:tc>
      </w:tr>
    </w:tbl>
    <w:p>
      <w:pPr>
        <w:spacing w:after="0"/>
      </w:pPr>
    </w:p>
    <w:p>
      <w:pPr>
        <w:spacing w:after="80"/>
      </w:pPr>
      <w:r>
        <w:rPr>
          <w:rFonts w:ascii="Arial" w:hAnsi="Arial"/>
          <w:b/>
          <w:i w:val="0"/>
          <w:color w:val="506572"/>
          <w:sz w:val="16"/>
        </w:rPr>
        <w:t xml:space="preserve">Main reason for booking:  </w:t>
      </w:r>
      <w:r>
        <w:rPr>
          <w:rFonts w:ascii="Arial" w:hAnsi="Arial"/>
          <w:b w:val="0"/>
          <w:i w:val="0"/>
          <w:color w:val="234456"/>
          <w:sz w:val="18"/>
        </w:rPr>
        <w:t>________________________________________________________________</w:t>
      </w:r>
    </w:p>
    <w:p>
      <w:pPr>
        <w:spacing w:after="80"/>
      </w:pPr>
      <w:r>
        <w:rPr>
          <w:rFonts w:ascii="Arial" w:hAnsi="Arial"/>
          <w:b/>
          <w:i w:val="0"/>
          <w:color w:val="506572"/>
          <w:sz w:val="16"/>
        </w:rPr>
        <w:t xml:space="preserve">What would you most like support with?  </w:t>
      </w:r>
      <w:r>
        <w:rPr>
          <w:rFonts w:ascii="Arial" w:hAnsi="Arial"/>
          <w:b w:val="0"/>
          <w:i w:val="0"/>
          <w:color w:val="234456"/>
          <w:sz w:val="18"/>
        </w:rPr>
        <w:t>________________________________________________________________</w:t>
      </w:r>
    </w:p>
    <w:p>
      <w:pPr>
        <w:spacing w:after="80"/>
      </w:pPr>
      <w:r>
        <w:rPr>
          <w:rFonts w:ascii="Arial" w:hAnsi="Arial"/>
          <w:b/>
          <w:i w:val="0"/>
          <w:color w:val="506572"/>
          <w:sz w:val="16"/>
        </w:rPr>
        <w:t xml:space="preserve">Relevant diagnoses, symptoms or recent changes (optional):  </w:t>
      </w:r>
      <w:r>
        <w:rPr>
          <w:rFonts w:ascii="Arial" w:hAnsi="Arial"/>
          <w:b w:val="0"/>
          <w:i w:val="0"/>
          <w:color w:val="234456"/>
          <w:sz w:val="18"/>
        </w:rPr>
        <w:t>________________________________________________________________</w:t>
      </w:r>
    </w:p>
    <w:p>
      <w:pPr>
        <w:spacing w:after="80"/>
      </w:pPr>
      <w:r>
        <w:rPr>
          <w:rFonts w:ascii="Arial" w:hAnsi="Arial"/>
          <w:b/>
          <w:i w:val="0"/>
          <w:color w:val="506572"/>
          <w:sz w:val="16"/>
        </w:rPr>
        <w:t xml:space="preserve">Current medication, supplements or treatment:  </w:t>
      </w:r>
      <w:r>
        <w:rPr>
          <w:rFonts w:ascii="Arial" w:hAnsi="Arial"/>
          <w:b w:val="0"/>
          <w:i w:val="0"/>
          <w:color w:val="234456"/>
          <w:sz w:val="18"/>
        </w:rPr>
        <w:t>________________________________________________________________</w:t>
      </w:r>
    </w:p>
    <w:p>
      <w:pPr>
        <w:spacing w:after="80"/>
      </w:pPr>
      <w:r>
        <w:rPr>
          <w:rFonts w:ascii="Arial" w:hAnsi="Arial"/>
          <w:b/>
          <w:i w:val="0"/>
          <w:color w:val="506572"/>
          <w:sz w:val="16"/>
        </w:rPr>
        <w:t xml:space="preserve">Allergies / sensitivities / implanted devices / pregnancy status:  </w:t>
      </w:r>
      <w:r>
        <w:rPr>
          <w:rFonts w:ascii="Arial" w:hAnsi="Arial"/>
          <w:b w:val="0"/>
          <w:i w:val="0"/>
          <w:color w:val="234456"/>
          <w:sz w:val="18"/>
        </w:rPr>
        <w:t>________________________________________________________________</w:t>
      </w:r>
    </w:p>
    <w:p>
      <w:pPr>
        <w:spacing w:after="60"/>
      </w:pPr>
      <w:r>
        <w:rPr>
          <w:b/>
        </w:rPr>
        <w:t>Please tick where applicable:</w:t>
      </w:r>
    </w:p>
    <w:p>
      <w:pPr>
        <w:spacing w:after="80"/>
        <w:ind w:left="72" w:hanging="29"/>
      </w:pPr>
      <w:r>
        <w:rPr>
          <w:rFonts w:ascii="Arial" w:hAnsi="Arial"/>
          <w:b w:val="0"/>
          <w:i w:val="0"/>
          <w:color w:val="031C33"/>
          <w:sz w:val="20"/>
        </w:rPr>
        <w:t xml:space="preserve">☐  </w:t>
      </w:r>
      <w:r>
        <w:rPr>
          <w:rFonts w:ascii="Arial" w:hAnsi="Arial"/>
          <w:b w:val="0"/>
          <w:i w:val="0"/>
          <w:color w:val="234456"/>
          <w:sz w:val="18"/>
        </w:rPr>
        <w:t>I am currently under the care of a medical or allied healthcare professional.</w:t>
      </w:r>
    </w:p>
    <w:p>
      <w:pPr>
        <w:spacing w:after="80"/>
        <w:ind w:left="72" w:hanging="29"/>
      </w:pPr>
      <w:r>
        <w:rPr>
          <w:rFonts w:ascii="Arial" w:hAnsi="Arial"/>
          <w:b w:val="0"/>
          <w:i w:val="0"/>
          <w:color w:val="031C33"/>
          <w:sz w:val="20"/>
        </w:rPr>
        <w:t xml:space="preserve">☐  </w:t>
      </w:r>
      <w:r>
        <w:rPr>
          <w:rFonts w:ascii="Arial" w:hAnsi="Arial"/>
          <w:b w:val="0"/>
          <w:i w:val="0"/>
          <w:color w:val="234456"/>
          <w:sz w:val="18"/>
        </w:rPr>
        <w:t>I have a pacemaker, implanted electronic device, metal implant or other device that the practitioner should know about.</w:t>
      </w:r>
    </w:p>
    <w:p>
      <w:pPr>
        <w:spacing w:after="80"/>
        <w:ind w:left="72" w:hanging="29"/>
      </w:pPr>
      <w:r>
        <w:rPr>
          <w:rFonts w:ascii="Arial" w:hAnsi="Arial"/>
          <w:b w:val="0"/>
          <w:i w:val="0"/>
          <w:color w:val="031C33"/>
          <w:sz w:val="20"/>
        </w:rPr>
        <w:t xml:space="preserve">☐  </w:t>
      </w:r>
      <w:r>
        <w:rPr>
          <w:rFonts w:ascii="Arial" w:hAnsi="Arial"/>
          <w:b w:val="0"/>
          <w:i w:val="0"/>
          <w:color w:val="234456"/>
          <w:sz w:val="18"/>
        </w:rPr>
        <w:t>I am pregnant, may be pregnant, or am undergoing fertility treatment.</w:t>
      </w:r>
    </w:p>
    <w:p>
      <w:pPr>
        <w:spacing w:after="80"/>
        <w:ind w:left="72" w:hanging="29"/>
      </w:pPr>
      <w:r>
        <w:rPr>
          <w:rFonts w:ascii="Arial" w:hAnsi="Arial"/>
          <w:b w:val="0"/>
          <w:i w:val="0"/>
          <w:color w:val="031C33"/>
          <w:sz w:val="20"/>
        </w:rPr>
        <w:t xml:space="preserve">☐  </w:t>
      </w:r>
      <w:r>
        <w:rPr>
          <w:rFonts w:ascii="Arial" w:hAnsi="Arial"/>
          <w:b w:val="0"/>
          <w:i w:val="0"/>
          <w:color w:val="234456"/>
          <w:sz w:val="18"/>
        </w:rPr>
        <w:t>I have a history of seizures, fainting, severe psychiatric symptoms or another condition requiring additional care.</w:t>
      </w:r>
    </w:p>
    <w:p>
      <w:pPr>
        <w:spacing w:after="80"/>
        <w:ind w:left="72" w:hanging="29"/>
      </w:pPr>
      <w:r>
        <w:rPr>
          <w:rFonts w:ascii="Arial" w:hAnsi="Arial"/>
          <w:b w:val="0"/>
          <w:i w:val="0"/>
          <w:color w:val="031C33"/>
          <w:sz w:val="20"/>
        </w:rPr>
        <w:t xml:space="preserve">☐  </w:t>
      </w:r>
      <w:r>
        <w:rPr>
          <w:rFonts w:ascii="Arial" w:hAnsi="Arial"/>
          <w:b w:val="0"/>
          <w:i w:val="0"/>
          <w:color w:val="234456"/>
          <w:sz w:val="18"/>
        </w:rPr>
        <w:t>None of the above applies, or I have discussed all relevant matters with the practitioner.</w:t>
      </w:r>
    </w:p>
    <w:p>
      <w:r>
        <w:br w:type="page"/>
      </w:r>
    </w:p>
    <w:tbl>
      <w:tblPr>
        <w:tblW w:type="auto" w:w="0"/>
        <w:tblLayout w:type="fixed"/>
        <w:tblLook w:firstColumn="1" w:firstRow="1" w:lastColumn="0" w:lastRow="0" w:noHBand="0" w:noVBand="1" w:val="04A0"/>
      </w:tblPr>
      <w:tblGrid>
        <w:gridCol w:w="10166"/>
      </w:tblGrid>
      <w:tr>
        <w:tc>
          <w:tcPr>
            <w:tcW w:type="dxa" w:w="10166"/>
            <w:shd w:fill="031C33"/>
            <w:tcMar>
              <w:top w:w="115" w:type="dxa"/>
              <w:start w:w="150" w:type="dxa"/>
              <w:bottom w:w="105" w:type="dxa"/>
              <w:end w:w="150" w:type="dxa"/>
            </w:tcMar>
          </w:tcPr>
          <w:p>
            <w:pPr>
              <w:spacing w:after="0"/>
            </w:pPr>
            <w:r>
              <w:rPr>
                <w:rFonts w:ascii="Arial" w:hAnsi="Arial"/>
                <w:b/>
                <w:i w:val="0"/>
                <w:color w:val="FFFFFF"/>
                <w:sz w:val="22"/>
              </w:rPr>
              <w:t>3. ABOUT THE BIORESONANCE / NLS SESSION</w:t>
            </w:r>
          </w:p>
        </w:tc>
      </w:tr>
    </w:tbl>
    <w:p>
      <w:pPr>
        <w:spacing w:after="0"/>
      </w:pPr>
    </w:p>
    <w:p>
      <w:r>
        <w:t>The practitioner has explained that the session may involve a non-invasive bioresonance or NLS device and a complementary wellness discussion. The device compares or displays energetic or informational patterns according to its software. Session findings are not laboratory results, medical imaging or a medical diagnosis.</w:t>
      </w:r>
    </w:p>
    <w:tbl>
      <w:tblPr>
        <w:tblW w:type="auto" w:w="0"/>
        <w:tblLayout w:type="fixed"/>
        <w:tblLook w:firstColumn="1" w:firstRow="1" w:lastColumn="0" w:lastRow="0" w:noHBand="0" w:noVBand="1" w:val="04A0"/>
        <w:tblBorders>
          <w:top w:val="single" w:sz="8" w:color="B69757"/>
          <w:left w:val="single" w:sz="8" w:color="B69757"/>
          <w:bottom w:val="single" w:sz="8" w:color="B69757"/>
          <w:right w:val="single" w:sz="8" w:color="B69757"/>
          <w:insideH w:val="single" w:sz="8" w:color="B69757"/>
          <w:insideV w:val="single" w:sz="8" w:color="B69757"/>
        </w:tblBorders>
      </w:tblPr>
      <w:tblGrid>
        <w:gridCol w:w="10166"/>
      </w:tblGrid>
      <w:tr>
        <w:tc>
          <w:tcPr>
            <w:tcW w:type="dxa" w:w="10166"/>
            <w:shd w:fill="FCFAF5"/>
            <w:tcMar>
              <w:top w:w="105" w:type="dxa"/>
              <w:start w:w="150" w:type="dxa"/>
              <w:bottom w:w="105" w:type="dxa"/>
              <w:end w:w="150" w:type="dxa"/>
            </w:tcMar>
          </w:tcPr>
          <w:p>
            <w:r>
              <w:rPr>
                <w:rFonts w:ascii="Arial" w:hAnsi="Arial"/>
                <w:b/>
                <w:i w:val="0"/>
                <w:color w:val="031C33"/>
                <w:sz w:val="17"/>
              </w:rPr>
              <w:t>IMPORTANT SCOPE BOUNDARY</w:t>
            </w:r>
          </w:p>
        </w:tc>
      </w:tr>
      <w:tr>
        <w:tc>
          <w:tcPr>
            <w:tcW w:type="dxa" w:w="10166"/>
            <w:shd w:fill="FCFAF5"/>
            <w:tcMar>
              <w:top w:w="105" w:type="dxa"/>
              <w:start w:w="150" w:type="dxa"/>
              <w:bottom w:w="105" w:type="dxa"/>
              <w:end w:w="150" w:type="dxa"/>
            </w:tcMar>
          </w:tcPr>
          <w:p>
            <w:r>
              <w:rPr>
                <w:rFonts w:ascii="Arial" w:hAnsi="Arial"/>
                <w:b w:val="0"/>
                <w:i w:val="0"/>
                <w:color w:val="234456"/>
                <w:sz w:val="16"/>
              </w:rPr>
              <w:t>Bioresonance and NLS services are complementary wellness services. They are not intended to diagnose, treat, cure or prevent disease, and they do not replace medical examination, testing, advice or treatment from a qualified healthcare professional.</w:t>
            </w:r>
          </w:p>
        </w:tc>
      </w:tr>
    </w:tbl>
    <w:p>
      <w:r>
        <w:t>The practitioner may discuss general wellness observations and supportive lifestyle options within their competence. The practitioner will not advise me to stop prescribed medication or disregard professional medical care.</w:t>
      </w:r>
    </w:p>
    <w:tbl>
      <w:tblPr>
        <w:tblW w:type="auto" w:w="0"/>
        <w:tblLayout w:type="fixed"/>
        <w:tblLook w:firstColumn="1" w:firstRow="1" w:lastColumn="0" w:lastRow="0" w:noHBand="0" w:noVBand="1" w:val="04A0"/>
      </w:tblPr>
      <w:tblGrid>
        <w:gridCol w:w="10166"/>
      </w:tblGrid>
      <w:tr>
        <w:tc>
          <w:tcPr>
            <w:tcW w:type="dxa" w:w="10166"/>
            <w:shd w:fill="031C33"/>
            <w:tcMar>
              <w:top w:w="115" w:type="dxa"/>
              <w:start w:w="150" w:type="dxa"/>
              <w:bottom w:w="105" w:type="dxa"/>
              <w:end w:w="150" w:type="dxa"/>
            </w:tcMar>
          </w:tcPr>
          <w:p>
            <w:pPr>
              <w:spacing w:after="0"/>
            </w:pPr>
            <w:r>
              <w:rPr>
                <w:rFonts w:ascii="Arial" w:hAnsi="Arial"/>
                <w:b/>
                <w:i w:val="0"/>
                <w:color w:val="FFFFFF"/>
                <w:sz w:val="22"/>
              </w:rPr>
              <w:t>4. INFORMED CONSENT</w:t>
            </w:r>
          </w:p>
          <w:p>
            <w:pPr>
              <w:spacing w:after="0"/>
            </w:pPr>
            <w:r>
              <w:rPr>
                <w:rFonts w:ascii="Arial" w:hAnsi="Arial"/>
                <w:b w:val="0"/>
                <w:i w:val="0"/>
                <w:color w:val="E9F1EF"/>
                <w:sz w:val="15"/>
              </w:rPr>
              <w:t>Please read and tick each statement before signing.</w:t>
            </w:r>
          </w:p>
        </w:tc>
      </w:tr>
    </w:tbl>
    <w:p>
      <w:pPr>
        <w:spacing w:after="0"/>
      </w:pPr>
    </w:p>
    <w:p>
      <w:pPr>
        <w:spacing w:after="80"/>
        <w:ind w:left="72" w:hanging="29"/>
      </w:pPr>
      <w:r>
        <w:rPr>
          <w:rFonts w:ascii="Arial" w:hAnsi="Arial"/>
          <w:b w:val="0"/>
          <w:i w:val="0"/>
          <w:color w:val="031C33"/>
          <w:sz w:val="20"/>
        </w:rPr>
        <w:t xml:space="preserve">☐  </w:t>
      </w:r>
      <w:r>
        <w:rPr>
          <w:rFonts w:ascii="Arial" w:hAnsi="Arial"/>
          <w:b w:val="0"/>
          <w:i w:val="0"/>
          <w:color w:val="234456"/>
          <w:sz w:val="18"/>
        </w:rPr>
        <w:t>I have received an understandable explanation of the proposed session and have had the opportunity to ask questions.</w:t>
      </w:r>
    </w:p>
    <w:p>
      <w:pPr>
        <w:spacing w:after="80"/>
        <w:ind w:left="72" w:hanging="29"/>
      </w:pPr>
      <w:r>
        <w:rPr>
          <w:rFonts w:ascii="Arial" w:hAnsi="Arial"/>
          <w:b w:val="0"/>
          <w:i w:val="0"/>
          <w:color w:val="031C33"/>
          <w:sz w:val="20"/>
        </w:rPr>
        <w:t xml:space="preserve">☐  </w:t>
      </w:r>
      <w:r>
        <w:rPr>
          <w:rFonts w:ascii="Arial" w:hAnsi="Arial"/>
          <w:b w:val="0"/>
          <w:i w:val="0"/>
          <w:color w:val="234456"/>
          <w:sz w:val="18"/>
        </w:rPr>
        <w:t>I understand the complementary and non-diagnostic nature of bioresonance / NLS scanning.</w:t>
      </w:r>
    </w:p>
    <w:p>
      <w:pPr>
        <w:spacing w:after="80"/>
        <w:ind w:left="72" w:hanging="29"/>
      </w:pPr>
      <w:r>
        <w:rPr>
          <w:rFonts w:ascii="Arial" w:hAnsi="Arial"/>
          <w:b w:val="0"/>
          <w:i w:val="0"/>
          <w:color w:val="031C33"/>
          <w:sz w:val="20"/>
        </w:rPr>
        <w:t xml:space="preserve">☐  </w:t>
      </w:r>
      <w:r>
        <w:rPr>
          <w:rFonts w:ascii="Arial" w:hAnsi="Arial"/>
          <w:b w:val="0"/>
          <w:i w:val="0"/>
          <w:color w:val="234456"/>
          <w:sz w:val="18"/>
        </w:rPr>
        <w:t>I understand that scan displays, numerical values, spectral similarity or energetic patterns do not confirm a disease, pathogen, allergy, deficiency or other medical condition.</w:t>
      </w:r>
    </w:p>
    <w:p>
      <w:pPr>
        <w:spacing w:after="80"/>
        <w:ind w:left="72" w:hanging="29"/>
      </w:pPr>
      <w:r>
        <w:rPr>
          <w:rFonts w:ascii="Arial" w:hAnsi="Arial"/>
          <w:b w:val="0"/>
          <w:i w:val="0"/>
          <w:color w:val="031C33"/>
          <w:sz w:val="20"/>
        </w:rPr>
        <w:t xml:space="preserve">☐  </w:t>
      </w:r>
      <w:r>
        <w:rPr>
          <w:rFonts w:ascii="Arial" w:hAnsi="Arial"/>
          <w:b w:val="0"/>
          <w:i w:val="0"/>
          <w:color w:val="234456"/>
          <w:sz w:val="18"/>
        </w:rPr>
        <w:t>I understand that no particular result or outcome has been promised or guaranteed.</w:t>
      </w:r>
    </w:p>
    <w:p>
      <w:pPr>
        <w:spacing w:after="80"/>
        <w:ind w:left="72" w:hanging="29"/>
      </w:pPr>
      <w:r>
        <w:rPr>
          <w:rFonts w:ascii="Arial" w:hAnsi="Arial"/>
          <w:b w:val="0"/>
          <w:i w:val="0"/>
          <w:color w:val="031C33"/>
          <w:sz w:val="20"/>
        </w:rPr>
        <w:t xml:space="preserve">☐  </w:t>
      </w:r>
      <w:r>
        <w:rPr>
          <w:rFonts w:ascii="Arial" w:hAnsi="Arial"/>
          <w:b w:val="0"/>
          <w:i w:val="0"/>
          <w:color w:val="234456"/>
          <w:sz w:val="18"/>
        </w:rPr>
        <w:t>I will seek appropriate medical care for symptoms, emergencies or health concerns and will not delay medical assessment because of this session.</w:t>
      </w:r>
    </w:p>
    <w:p>
      <w:pPr>
        <w:spacing w:after="80"/>
        <w:ind w:left="72" w:hanging="29"/>
      </w:pPr>
      <w:r>
        <w:rPr>
          <w:rFonts w:ascii="Arial" w:hAnsi="Arial"/>
          <w:b w:val="0"/>
          <w:i w:val="0"/>
          <w:color w:val="031C33"/>
          <w:sz w:val="20"/>
        </w:rPr>
        <w:t xml:space="preserve">☐  </w:t>
      </w:r>
      <w:r>
        <w:rPr>
          <w:rFonts w:ascii="Arial" w:hAnsi="Arial"/>
          <w:b w:val="0"/>
          <w:i w:val="0"/>
          <w:color w:val="234456"/>
          <w:sz w:val="18"/>
        </w:rPr>
        <w:t>I have disclosed information that may affect the session, including pregnancy, implanted devices, medication and relevant health concerns.</w:t>
      </w:r>
    </w:p>
    <w:p>
      <w:pPr>
        <w:spacing w:after="80"/>
        <w:ind w:left="72" w:hanging="29"/>
      </w:pPr>
      <w:r>
        <w:rPr>
          <w:rFonts w:ascii="Arial" w:hAnsi="Arial"/>
          <w:b w:val="0"/>
          <w:i w:val="0"/>
          <w:color w:val="031C33"/>
          <w:sz w:val="20"/>
        </w:rPr>
        <w:t xml:space="preserve">☐  </w:t>
      </w:r>
      <w:r>
        <w:rPr>
          <w:rFonts w:ascii="Arial" w:hAnsi="Arial"/>
          <w:b w:val="0"/>
          <w:i w:val="0"/>
          <w:color w:val="234456"/>
          <w:sz w:val="18"/>
        </w:rPr>
        <w:t>I understand that I may ask for the session to pause or stop at any time and may withdraw consent before or during the session.</w:t>
      </w:r>
    </w:p>
    <w:p>
      <w:pPr>
        <w:spacing w:after="80"/>
        <w:ind w:left="72" w:hanging="29"/>
      </w:pPr>
      <w:r>
        <w:rPr>
          <w:rFonts w:ascii="Arial" w:hAnsi="Arial"/>
          <w:b w:val="0"/>
          <w:i w:val="0"/>
          <w:color w:val="031C33"/>
          <w:sz w:val="20"/>
        </w:rPr>
        <w:t xml:space="preserve">☐  </w:t>
      </w:r>
      <w:r>
        <w:rPr>
          <w:rFonts w:ascii="Arial" w:hAnsi="Arial"/>
          <w:b w:val="0"/>
          <w:i w:val="0"/>
          <w:color w:val="234456"/>
          <w:sz w:val="18"/>
        </w:rPr>
        <w:t>I voluntarily consent to participate in the bioresonance / NLS session described above.</w:t>
      </w:r>
    </w:p>
    <w:tbl>
      <w:tblPr>
        <w:tblW w:type="auto" w:w="0"/>
        <w:tblLayout w:type="fixed"/>
        <w:tblLook w:firstColumn="1" w:firstRow="1" w:lastColumn="0" w:lastRow="0" w:noHBand="0" w:noVBand="1" w:val="04A0"/>
      </w:tblPr>
      <w:tblGrid>
        <w:gridCol w:w="10166"/>
      </w:tblGrid>
      <w:tr>
        <w:tc>
          <w:tcPr>
            <w:tcW w:type="dxa" w:w="10166"/>
            <w:shd w:fill="031C33"/>
            <w:tcMar>
              <w:top w:w="115" w:type="dxa"/>
              <w:start w:w="150" w:type="dxa"/>
              <w:bottom w:w="105" w:type="dxa"/>
              <w:end w:w="150" w:type="dxa"/>
            </w:tcMar>
          </w:tcPr>
          <w:p>
            <w:pPr>
              <w:spacing w:after="0"/>
            </w:pPr>
            <w:r>
              <w:rPr>
                <w:rFonts w:ascii="Arial" w:hAnsi="Arial"/>
                <w:b/>
                <w:i w:val="0"/>
                <w:color w:val="FFFFFF"/>
                <w:sz w:val="22"/>
              </w:rPr>
              <w:t>5. POSSIBLE EXPERIENCES &amp; AFTERCARE</w:t>
            </w:r>
          </w:p>
        </w:tc>
      </w:tr>
    </w:tbl>
    <w:p>
      <w:pPr>
        <w:spacing w:after="0"/>
      </w:pPr>
    </w:p>
    <w:p>
      <w:r>
        <w:t>Experiences vary. Some clients report no noticeable change, while others may notice temporary tiredness, relaxation, emotional responses, thirst, headache, digestive changes or other non-specific sensations. These experiences are not proof of a treatment response. If I develop concerning, severe or persistent symptoms, I will seek appropriate medical care.</w:t>
      </w:r>
    </w:p>
    <w:p>
      <w:pPr>
        <w:spacing w:after="80"/>
      </w:pPr>
      <w:r>
        <w:rPr>
          <w:rFonts w:ascii="Arial" w:hAnsi="Arial"/>
          <w:b/>
          <w:i w:val="0"/>
          <w:color w:val="506572"/>
          <w:sz w:val="16"/>
        </w:rPr>
        <w:t xml:space="preserve">Agreed aftercare / follow-up information:  </w:t>
      </w:r>
      <w:r>
        <w:rPr>
          <w:rFonts w:ascii="Arial" w:hAnsi="Arial"/>
          <w:b w:val="0"/>
          <w:i w:val="0"/>
          <w:color w:val="234456"/>
          <w:sz w:val="18"/>
        </w:rPr>
        <w:t>________________________________________________________________</w:t>
      </w:r>
    </w:p>
    <w:p>
      <w:r>
        <w:br w:type="page"/>
      </w:r>
    </w:p>
    <w:tbl>
      <w:tblPr>
        <w:tblW w:type="auto" w:w="0"/>
        <w:tblLayout w:type="fixed"/>
        <w:tblLook w:firstColumn="1" w:firstRow="1" w:lastColumn="0" w:lastRow="0" w:noHBand="0" w:noVBand="1" w:val="04A0"/>
      </w:tblPr>
      <w:tblGrid>
        <w:gridCol w:w="10166"/>
      </w:tblGrid>
      <w:tr>
        <w:tc>
          <w:tcPr>
            <w:tcW w:type="dxa" w:w="10166"/>
            <w:shd w:fill="031C33"/>
            <w:tcMar>
              <w:top w:w="115" w:type="dxa"/>
              <w:start w:w="150" w:type="dxa"/>
              <w:bottom w:w="105" w:type="dxa"/>
              <w:end w:w="150" w:type="dxa"/>
            </w:tcMar>
          </w:tcPr>
          <w:p>
            <w:pPr>
              <w:spacing w:after="0"/>
            </w:pPr>
            <w:r>
              <w:rPr>
                <w:rFonts w:ascii="Arial" w:hAnsi="Arial"/>
                <w:b/>
                <w:i w:val="0"/>
                <w:color w:val="FFFFFF"/>
                <w:sz w:val="22"/>
              </w:rPr>
              <w:t>6. PRIVACY AND PERSONAL INFORMATION CONSENT</w:t>
            </w:r>
          </w:p>
          <w:p>
            <w:pPr>
              <w:spacing w:after="0"/>
            </w:pPr>
            <w:r>
              <w:rPr>
                <w:rFonts w:ascii="Arial" w:hAnsi="Arial"/>
                <w:b w:val="0"/>
                <w:i w:val="0"/>
                <w:color w:val="E9F1EF"/>
                <w:sz w:val="15"/>
              </w:rPr>
              <w:t>Adapt this section to your privacy notice, record system and applicable law.</w:t>
            </w:r>
          </w:p>
        </w:tc>
      </w:tr>
    </w:tbl>
    <w:p>
      <w:pPr>
        <w:spacing w:after="0"/>
      </w:pPr>
    </w:p>
    <w:p>
      <w:r>
        <w:t>I understand that the practice may collect and process my identifying, contact, appointment and health-related information to provide the requested service, keep appropriate records, communicate with me, process payment and meet legal or professional obligations. Health information may qualify as special personal information and should receive additional protection.</w:t>
      </w:r>
    </w:p>
    <w:tbl>
      <w:tblPr>
        <w:tblW w:type="auto" w:w="0"/>
        <w:jc w:val="center"/>
        <w:tblLayout w:type="fixed"/>
        <w:tblLook w:firstColumn="1" w:firstRow="1" w:lastColumn="0" w:lastRow="0" w:noHBand="0" w:noVBand="1" w:val="04A0"/>
        <w:tblBorders>
          <w:top w:val="single" w:sz="6" w:color="CADBD9"/>
          <w:left w:val="single" w:sz="6" w:color="CADBD9"/>
          <w:bottom w:val="single" w:sz="6" w:color="CADBD9"/>
          <w:right w:val="single" w:sz="6" w:color="CADBD9"/>
          <w:insideH w:val="single" w:sz="6" w:color="CADBD9"/>
          <w:insideV w:val="single" w:sz="6" w:color="CADBD9"/>
        </w:tblBorders>
      </w:tblPr>
      <w:tblGrid>
        <w:gridCol w:w="5083"/>
        <w:gridCol w:w="5083"/>
      </w:tblGrid>
      <w:tr>
        <w:tc>
          <w:tcPr>
            <w:tcW w:type="dxa" w:w="3168"/>
            <w:vAlign w:val="center"/>
            <w:shd w:fill="E9F1EF"/>
            <w:tcMar>
              <w:top w:w="85" w:type="dxa"/>
              <w:start w:w="115" w:type="dxa"/>
              <w:bottom w:w="85" w:type="dxa"/>
              <w:end w:w="115" w:type="dxa"/>
            </w:tcMar>
          </w:tcPr>
          <w:p>
            <w:r>
              <w:rPr>
                <w:rFonts w:ascii="Arial" w:hAnsi="Arial"/>
                <w:b/>
                <w:i w:val="0"/>
                <w:color w:val="031C33"/>
                <w:sz w:val="16"/>
              </w:rPr>
              <w:t>Responsible party</w:t>
            </w:r>
          </w:p>
        </w:tc>
        <w:tc>
          <w:tcPr>
            <w:tcW w:type="dxa" w:w="6998"/>
            <w:vAlign w:val="center"/>
            <w:tcMar>
              <w:top w:w="85" w:type="dxa"/>
              <w:start w:w="115" w:type="dxa"/>
              <w:bottom w:w="85" w:type="dxa"/>
              <w:end w:w="115" w:type="dxa"/>
            </w:tcMar>
          </w:tcPr>
          <w:p>
            <w:r>
              <w:rPr>
                <w:rFonts w:ascii="Arial" w:hAnsi="Arial"/>
                <w:b w:val="0"/>
                <w:i w:val="0"/>
                <w:color w:val="234456"/>
                <w:sz w:val="17"/>
              </w:rPr>
              <w:t>[Legal practice / business name]</w:t>
            </w:r>
          </w:p>
        </w:tc>
      </w:tr>
      <w:tr>
        <w:tc>
          <w:tcPr>
            <w:tcW w:type="dxa" w:w="3168"/>
            <w:vAlign w:val="center"/>
            <w:shd w:fill="E9F1EF"/>
            <w:tcMar>
              <w:top w:w="85" w:type="dxa"/>
              <w:start w:w="115" w:type="dxa"/>
              <w:bottom w:w="85" w:type="dxa"/>
              <w:end w:w="115" w:type="dxa"/>
            </w:tcMar>
          </w:tcPr>
          <w:p>
            <w:r>
              <w:rPr>
                <w:rFonts w:ascii="Arial" w:hAnsi="Arial"/>
                <w:b/>
                <w:i w:val="0"/>
                <w:color w:val="031C33"/>
                <w:sz w:val="16"/>
              </w:rPr>
              <w:t>Information Officer / contact</w:t>
            </w:r>
          </w:p>
        </w:tc>
        <w:tc>
          <w:tcPr>
            <w:tcW w:type="dxa" w:w="6998"/>
            <w:vAlign w:val="center"/>
            <w:tcMar>
              <w:top w:w="85" w:type="dxa"/>
              <w:start w:w="115" w:type="dxa"/>
              <w:bottom w:w="85" w:type="dxa"/>
              <w:end w:w="115" w:type="dxa"/>
            </w:tcMar>
          </w:tcPr>
          <w:p>
            <w:r>
              <w:rPr>
                <w:rFonts w:ascii="Arial" w:hAnsi="Arial"/>
                <w:b w:val="0"/>
                <w:i w:val="0"/>
                <w:color w:val="234456"/>
                <w:sz w:val="17"/>
              </w:rPr>
              <w:t>[Name, email and phone]</w:t>
            </w:r>
          </w:p>
        </w:tc>
      </w:tr>
      <w:tr>
        <w:tc>
          <w:tcPr>
            <w:tcW w:type="dxa" w:w="3168"/>
            <w:vAlign w:val="center"/>
            <w:shd w:fill="E9F1EF"/>
            <w:tcMar>
              <w:top w:w="85" w:type="dxa"/>
              <w:start w:w="115" w:type="dxa"/>
              <w:bottom w:w="85" w:type="dxa"/>
              <w:end w:w="115" w:type="dxa"/>
            </w:tcMar>
          </w:tcPr>
          <w:p>
            <w:r>
              <w:rPr>
                <w:rFonts w:ascii="Arial" w:hAnsi="Arial"/>
                <w:b/>
                <w:i w:val="0"/>
                <w:color w:val="031C33"/>
                <w:sz w:val="16"/>
              </w:rPr>
              <w:t>Primary purpose</w:t>
            </w:r>
          </w:p>
        </w:tc>
        <w:tc>
          <w:tcPr>
            <w:tcW w:type="dxa" w:w="6998"/>
            <w:vAlign w:val="center"/>
            <w:tcMar>
              <w:top w:w="85" w:type="dxa"/>
              <w:start w:w="115" w:type="dxa"/>
              <w:bottom w:w="85" w:type="dxa"/>
              <w:end w:w="115" w:type="dxa"/>
            </w:tcMar>
          </w:tcPr>
          <w:p>
            <w:r>
              <w:rPr>
                <w:rFonts w:ascii="Arial" w:hAnsi="Arial"/>
                <w:b w:val="0"/>
                <w:i w:val="0"/>
                <w:color w:val="234456"/>
                <w:sz w:val="17"/>
              </w:rPr>
              <w:t>Client enrolment, session administration, record keeping and follow-up</w:t>
            </w:r>
          </w:p>
        </w:tc>
      </w:tr>
      <w:tr>
        <w:tc>
          <w:tcPr>
            <w:tcW w:type="dxa" w:w="3168"/>
            <w:vAlign w:val="center"/>
            <w:shd w:fill="E9F1EF"/>
            <w:tcMar>
              <w:top w:w="85" w:type="dxa"/>
              <w:start w:w="115" w:type="dxa"/>
              <w:bottom w:w="85" w:type="dxa"/>
              <w:end w:w="115" w:type="dxa"/>
            </w:tcMar>
          </w:tcPr>
          <w:p>
            <w:r>
              <w:rPr>
                <w:rFonts w:ascii="Arial" w:hAnsi="Arial"/>
                <w:b/>
                <w:i w:val="0"/>
                <w:color w:val="031C33"/>
                <w:sz w:val="16"/>
              </w:rPr>
              <w:t>Storage location</w:t>
            </w:r>
          </w:p>
        </w:tc>
        <w:tc>
          <w:tcPr>
            <w:tcW w:type="dxa" w:w="6998"/>
            <w:vAlign w:val="center"/>
            <w:tcMar>
              <w:top w:w="85" w:type="dxa"/>
              <w:start w:w="115" w:type="dxa"/>
              <w:bottom w:w="85" w:type="dxa"/>
              <w:end w:w="115" w:type="dxa"/>
            </w:tcMar>
          </w:tcPr>
          <w:p>
            <w:r>
              <w:rPr>
                <w:rFonts w:ascii="Arial" w:hAnsi="Arial"/>
                <w:b w:val="0"/>
                <w:i w:val="0"/>
                <w:color w:val="234456"/>
                <w:sz w:val="17"/>
              </w:rPr>
              <w:t>[Encrypted practice system / locked cabinet / approved platform]</w:t>
            </w:r>
          </w:p>
        </w:tc>
      </w:tr>
      <w:tr>
        <w:tc>
          <w:tcPr>
            <w:tcW w:type="dxa" w:w="3168"/>
            <w:vAlign w:val="center"/>
            <w:shd w:fill="E9F1EF"/>
            <w:tcMar>
              <w:top w:w="85" w:type="dxa"/>
              <w:start w:w="115" w:type="dxa"/>
              <w:bottom w:w="85" w:type="dxa"/>
              <w:end w:w="115" w:type="dxa"/>
            </w:tcMar>
          </w:tcPr>
          <w:p>
            <w:r>
              <w:rPr>
                <w:rFonts w:ascii="Arial" w:hAnsi="Arial"/>
                <w:b/>
                <w:i w:val="0"/>
                <w:color w:val="031C33"/>
                <w:sz w:val="16"/>
              </w:rPr>
              <w:t>Retention period</w:t>
            </w:r>
          </w:p>
        </w:tc>
        <w:tc>
          <w:tcPr>
            <w:tcW w:type="dxa" w:w="6998"/>
            <w:vAlign w:val="center"/>
            <w:tcMar>
              <w:top w:w="85" w:type="dxa"/>
              <w:start w:w="115" w:type="dxa"/>
              <w:bottom w:w="85" w:type="dxa"/>
              <w:end w:w="115" w:type="dxa"/>
            </w:tcMar>
          </w:tcPr>
          <w:p>
            <w:r>
              <w:rPr>
                <w:rFonts w:ascii="Arial" w:hAnsi="Arial"/>
                <w:b w:val="0"/>
                <w:i w:val="0"/>
                <w:color w:val="234456"/>
                <w:sz w:val="17"/>
              </w:rPr>
              <w:t>[Insert policy and legal basis]</w:t>
            </w:r>
          </w:p>
        </w:tc>
      </w:tr>
      <w:tr>
        <w:tc>
          <w:tcPr>
            <w:tcW w:type="dxa" w:w="3168"/>
            <w:vAlign w:val="center"/>
            <w:shd w:fill="E9F1EF"/>
            <w:tcMar>
              <w:top w:w="85" w:type="dxa"/>
              <w:start w:w="115" w:type="dxa"/>
              <w:bottom w:w="85" w:type="dxa"/>
              <w:end w:w="115" w:type="dxa"/>
            </w:tcMar>
          </w:tcPr>
          <w:p>
            <w:r>
              <w:rPr>
                <w:rFonts w:ascii="Arial" w:hAnsi="Arial"/>
                <w:b/>
                <w:i w:val="0"/>
                <w:color w:val="031C33"/>
                <w:sz w:val="16"/>
              </w:rPr>
              <w:t>Third parties / operators</w:t>
            </w:r>
          </w:p>
        </w:tc>
        <w:tc>
          <w:tcPr>
            <w:tcW w:type="dxa" w:w="6998"/>
            <w:vAlign w:val="center"/>
            <w:tcMar>
              <w:top w:w="85" w:type="dxa"/>
              <w:start w:w="115" w:type="dxa"/>
              <w:bottom w:w="85" w:type="dxa"/>
              <w:end w:w="115" w:type="dxa"/>
            </w:tcMar>
          </w:tcPr>
          <w:p>
            <w:r>
              <w:rPr>
                <w:rFonts w:ascii="Arial" w:hAnsi="Arial"/>
                <w:b w:val="0"/>
                <w:i w:val="0"/>
                <w:color w:val="234456"/>
                <w:sz w:val="17"/>
              </w:rPr>
              <w:t>[Booking, payment, cloud storage or other providers - list or link to privacy notice]</w:t>
            </w:r>
          </w:p>
        </w:tc>
      </w:tr>
      <w:tr>
        <w:tc>
          <w:tcPr>
            <w:tcW w:type="dxa" w:w="3168"/>
            <w:vAlign w:val="center"/>
            <w:shd w:fill="E9F1EF"/>
            <w:tcMar>
              <w:top w:w="85" w:type="dxa"/>
              <w:start w:w="115" w:type="dxa"/>
              <w:bottom w:w="85" w:type="dxa"/>
              <w:end w:w="115" w:type="dxa"/>
            </w:tcMar>
          </w:tcPr>
          <w:p>
            <w:r>
              <w:rPr>
                <w:rFonts w:ascii="Arial" w:hAnsi="Arial"/>
                <w:b/>
                <w:i w:val="0"/>
                <w:color w:val="031C33"/>
                <w:sz w:val="16"/>
              </w:rPr>
              <w:t>Client privacy notice</w:t>
            </w:r>
          </w:p>
        </w:tc>
        <w:tc>
          <w:tcPr>
            <w:tcW w:type="dxa" w:w="6998"/>
            <w:vAlign w:val="center"/>
            <w:tcMar>
              <w:top w:w="85" w:type="dxa"/>
              <w:start w:w="115" w:type="dxa"/>
              <w:bottom w:w="85" w:type="dxa"/>
              <w:end w:w="115" w:type="dxa"/>
            </w:tcMar>
          </w:tcPr>
          <w:p>
            <w:r>
              <w:rPr>
                <w:rFonts w:ascii="Arial" w:hAnsi="Arial"/>
                <w:b w:val="0"/>
                <w:i w:val="0"/>
                <w:color w:val="234456"/>
                <w:sz w:val="17"/>
              </w:rPr>
              <w:t>[Insert URL or explain where a copy is available]</w:t>
            </w:r>
          </w:p>
        </w:tc>
      </w:tr>
    </w:tbl>
    <w:p>
      <w:pPr>
        <w:spacing w:before="120"/>
      </w:pPr>
      <w:r>
        <w:rPr>
          <w:rFonts w:ascii="Arial" w:hAnsi="Arial"/>
          <w:b/>
          <w:i w:val="0"/>
          <w:color w:val="031C33"/>
          <w:sz w:val="20"/>
        </w:rPr>
        <w:t>Privacy consent</w:t>
      </w:r>
    </w:p>
    <w:p>
      <w:pPr>
        <w:spacing w:after="80"/>
        <w:ind w:left="72" w:hanging="29"/>
      </w:pPr>
      <w:r>
        <w:rPr>
          <w:rFonts w:ascii="Arial" w:hAnsi="Arial"/>
          <w:b w:val="0"/>
          <w:i w:val="0"/>
          <w:color w:val="031C33"/>
          <w:sz w:val="20"/>
        </w:rPr>
        <w:t xml:space="preserve">☐  </w:t>
      </w:r>
      <w:r>
        <w:rPr>
          <w:rFonts w:ascii="Arial" w:hAnsi="Arial"/>
          <w:b w:val="0"/>
          <w:i w:val="0"/>
          <w:color w:val="234456"/>
          <w:sz w:val="18"/>
        </w:rPr>
        <w:t>I confirm that the personal information I provide is, to the best of my knowledge, accurate and relevant to the session.</w:t>
      </w:r>
    </w:p>
    <w:p>
      <w:pPr>
        <w:spacing w:after="80"/>
        <w:ind w:left="72" w:hanging="29"/>
      </w:pPr>
      <w:r>
        <w:rPr>
          <w:rFonts w:ascii="Arial" w:hAnsi="Arial"/>
          <w:b w:val="0"/>
          <w:i w:val="0"/>
          <w:color w:val="031C33"/>
          <w:sz w:val="20"/>
        </w:rPr>
        <w:t xml:space="preserve">☐  </w:t>
      </w:r>
      <w:r>
        <w:rPr>
          <w:rFonts w:ascii="Arial" w:hAnsi="Arial"/>
          <w:b w:val="0"/>
          <w:i w:val="0"/>
          <w:color w:val="234456"/>
          <w:sz w:val="18"/>
        </w:rPr>
        <w:t>I consent to the practice processing my personal and health-related information for the purposes described above and in the practice privacy notice, subject to applicable law.</w:t>
      </w:r>
    </w:p>
    <w:p>
      <w:pPr>
        <w:spacing w:after="80"/>
        <w:ind w:left="72" w:hanging="29"/>
      </w:pPr>
      <w:r>
        <w:rPr>
          <w:rFonts w:ascii="Arial" w:hAnsi="Arial"/>
          <w:b w:val="0"/>
          <w:i w:val="0"/>
          <w:color w:val="031C33"/>
          <w:sz w:val="20"/>
        </w:rPr>
        <w:t xml:space="preserve">☐  </w:t>
      </w:r>
      <w:r>
        <w:rPr>
          <w:rFonts w:ascii="Arial" w:hAnsi="Arial"/>
          <w:b w:val="0"/>
          <w:i w:val="0"/>
          <w:color w:val="234456"/>
          <w:sz w:val="18"/>
        </w:rPr>
        <w:t>I understand that reasonable safeguards should be used and that records should not be kept longer than authorised or necessary.</w:t>
      </w:r>
    </w:p>
    <w:p>
      <w:pPr>
        <w:spacing w:after="80"/>
        <w:ind w:left="72" w:hanging="29"/>
      </w:pPr>
      <w:r>
        <w:rPr>
          <w:rFonts w:ascii="Arial" w:hAnsi="Arial"/>
          <w:b w:val="0"/>
          <w:i w:val="0"/>
          <w:color w:val="031C33"/>
          <w:sz w:val="20"/>
        </w:rPr>
        <w:t xml:space="preserve">☐  </w:t>
      </w:r>
      <w:r>
        <w:rPr>
          <w:rFonts w:ascii="Arial" w:hAnsi="Arial"/>
          <w:b w:val="0"/>
          <w:i w:val="0"/>
          <w:color w:val="234456"/>
          <w:sz w:val="18"/>
        </w:rPr>
        <w:t>I understand that I may ask about access, correction, objection, deletion or restriction rights where applicable, and may contact the practice Information Officer.</w:t>
      </w:r>
    </w:p>
    <w:tbl>
      <w:tblPr>
        <w:tblW w:type="auto" w:w="0"/>
        <w:tblLayout w:type="fixed"/>
        <w:tblLook w:firstColumn="1" w:firstRow="1" w:lastColumn="0" w:lastRow="0" w:noHBand="0" w:noVBand="1" w:val="04A0"/>
        <w:tblBorders>
          <w:top w:val="single" w:sz="8" w:color="A3D1D3"/>
          <w:left w:val="single" w:sz="8" w:color="A3D1D3"/>
          <w:bottom w:val="single" w:sz="8" w:color="A3D1D3"/>
          <w:right w:val="single" w:sz="8" w:color="A3D1D3"/>
          <w:insideH w:val="single" w:sz="8" w:color="A3D1D3"/>
          <w:insideV w:val="single" w:sz="8" w:color="A3D1D3"/>
        </w:tblBorders>
      </w:tblPr>
      <w:tblGrid>
        <w:gridCol w:w="10166"/>
      </w:tblGrid>
      <w:tr>
        <w:tc>
          <w:tcPr>
            <w:tcW w:type="dxa" w:w="10166"/>
            <w:shd w:fill="E9F1EF"/>
            <w:tcMar>
              <w:top w:w="105" w:type="dxa"/>
              <w:start w:w="150" w:type="dxa"/>
              <w:bottom w:w="105" w:type="dxa"/>
              <w:end w:w="150" w:type="dxa"/>
            </w:tcMar>
          </w:tcPr>
          <w:p>
            <w:r>
              <w:rPr>
                <w:rFonts w:ascii="Arial" w:hAnsi="Arial"/>
                <w:b/>
                <w:i w:val="0"/>
                <w:color w:val="031C33"/>
                <w:sz w:val="17"/>
              </w:rPr>
              <w:t>POPIA ADAPTATION NOTE</w:t>
            </w:r>
          </w:p>
        </w:tc>
      </w:tr>
      <w:tr>
        <w:tc>
          <w:tcPr>
            <w:tcW w:type="dxa" w:w="10166"/>
            <w:shd w:fill="E9F1EF"/>
            <w:tcMar>
              <w:top w:w="105" w:type="dxa"/>
              <w:start w:w="150" w:type="dxa"/>
              <w:bottom w:w="105" w:type="dxa"/>
              <w:end w:w="150" w:type="dxa"/>
            </w:tcMar>
          </w:tcPr>
          <w:p>
            <w:r>
              <w:rPr>
                <w:rFonts w:ascii="Arial" w:hAnsi="Arial"/>
                <w:b w:val="0"/>
                <w:i w:val="0"/>
                <w:color w:val="234456"/>
                <w:sz w:val="16"/>
              </w:rPr>
              <w:t>For South African use, align this section with the Protection of Personal Information Act 4 of 2013 (POPIA), your privacy notice, security measures, retention schedule and Information Officer details. Health information is sensitive. Obtain local legal or compliance review before using this template.</w:t>
            </w:r>
          </w:p>
        </w:tc>
      </w:tr>
    </w:tbl>
    <w:tbl>
      <w:tblPr>
        <w:tblW w:type="auto" w:w="0"/>
        <w:tblLayout w:type="fixed"/>
        <w:tblLook w:firstColumn="1" w:firstRow="1" w:lastColumn="0" w:lastRow="0" w:noHBand="0" w:noVBand="1" w:val="04A0"/>
      </w:tblPr>
      <w:tblGrid>
        <w:gridCol w:w="10166"/>
      </w:tblGrid>
      <w:tr>
        <w:tc>
          <w:tcPr>
            <w:tcW w:type="dxa" w:w="10166"/>
            <w:shd w:fill="031C33"/>
            <w:tcMar>
              <w:top w:w="115" w:type="dxa"/>
              <w:start w:w="150" w:type="dxa"/>
              <w:bottom w:w="105" w:type="dxa"/>
              <w:end w:w="150" w:type="dxa"/>
            </w:tcMar>
          </w:tcPr>
          <w:p>
            <w:pPr>
              <w:spacing w:after="0"/>
            </w:pPr>
            <w:r>
              <w:rPr>
                <w:rFonts w:ascii="Arial" w:hAnsi="Arial"/>
                <w:b/>
                <w:i w:val="0"/>
                <w:color w:val="FFFFFF"/>
                <w:sz w:val="22"/>
              </w:rPr>
              <w:t>7. SEPARATE OPTIONAL COMMUNICATION CONSENT</w:t>
            </w:r>
          </w:p>
        </w:tc>
      </w:tr>
    </w:tbl>
    <w:p>
      <w:pPr>
        <w:spacing w:after="0"/>
      </w:pPr>
    </w:p>
    <w:p>
      <w:pPr>
        <w:spacing w:after="80"/>
        <w:ind w:left="72" w:hanging="29"/>
      </w:pPr>
      <w:r>
        <w:rPr>
          <w:rFonts w:ascii="Arial" w:hAnsi="Arial"/>
          <w:b w:val="0"/>
          <w:i w:val="0"/>
          <w:color w:val="031C33"/>
          <w:sz w:val="20"/>
        </w:rPr>
        <w:t xml:space="preserve">☐  </w:t>
      </w:r>
      <w:r>
        <w:rPr>
          <w:rFonts w:ascii="Arial" w:hAnsi="Arial"/>
          <w:b w:val="0"/>
          <w:i w:val="0"/>
          <w:color w:val="234456"/>
          <w:sz w:val="18"/>
        </w:rPr>
        <w:t>I agree to receive appointment reminders and service-related messages by:  ☐ SMS  ☐ WhatsApp  ☐ Email</w:t>
      </w:r>
    </w:p>
    <w:p>
      <w:pPr>
        <w:spacing w:after="80"/>
        <w:ind w:left="72" w:hanging="29"/>
      </w:pPr>
      <w:r>
        <w:rPr>
          <w:rFonts w:ascii="Arial" w:hAnsi="Arial"/>
          <w:b w:val="0"/>
          <w:i w:val="0"/>
          <w:color w:val="031C33"/>
          <w:sz w:val="20"/>
        </w:rPr>
        <w:t xml:space="preserve">☐  </w:t>
      </w:r>
      <w:r>
        <w:rPr>
          <w:rFonts w:ascii="Arial" w:hAnsi="Arial"/>
          <w:b w:val="0"/>
          <w:i w:val="0"/>
          <w:color w:val="234456"/>
          <w:sz w:val="18"/>
        </w:rPr>
        <w:t>OPTIONAL: I agree to receive marketing, educational updates or special offers. I understand I may unsubscribe at any time.</w:t>
      </w:r>
    </w:p>
    <w:p>
      <w:pPr>
        <w:spacing w:after="80"/>
      </w:pPr>
      <w:r>
        <w:rPr>
          <w:rFonts w:ascii="Arial" w:hAnsi="Arial"/>
          <w:b/>
          <w:i w:val="0"/>
          <w:color w:val="506572"/>
          <w:sz w:val="16"/>
        </w:rPr>
        <w:t xml:space="preserve">Preferred communication method:  </w:t>
      </w:r>
      <w:r>
        <w:rPr>
          <w:rFonts w:ascii="Arial" w:hAnsi="Arial"/>
          <w:b w:val="0"/>
          <w:i w:val="0"/>
          <w:color w:val="234456"/>
          <w:sz w:val="18"/>
        </w:rPr>
        <w:t>________________________________________________________________</w:t>
      </w:r>
    </w:p>
    <w:p>
      <w:r>
        <w:br w:type="page"/>
      </w:r>
    </w:p>
    <w:tbl>
      <w:tblPr>
        <w:tblW w:type="auto" w:w="0"/>
        <w:tblLayout w:type="fixed"/>
        <w:tblLook w:firstColumn="1" w:firstRow="1" w:lastColumn="0" w:lastRow="0" w:noHBand="0" w:noVBand="1" w:val="04A0"/>
      </w:tblPr>
      <w:tblGrid>
        <w:gridCol w:w="10166"/>
      </w:tblGrid>
      <w:tr>
        <w:tc>
          <w:tcPr>
            <w:tcW w:type="dxa" w:w="10166"/>
            <w:shd w:fill="031C33"/>
            <w:tcMar>
              <w:top w:w="115" w:type="dxa"/>
              <w:start w:w="150" w:type="dxa"/>
              <w:bottom w:w="105" w:type="dxa"/>
              <w:end w:w="150" w:type="dxa"/>
            </w:tcMar>
          </w:tcPr>
          <w:p>
            <w:pPr>
              <w:spacing w:after="0"/>
            </w:pPr>
            <w:r>
              <w:rPr>
                <w:rFonts w:ascii="Arial" w:hAnsi="Arial"/>
                <w:b/>
                <w:i w:val="0"/>
                <w:color w:val="FFFFFF"/>
                <w:sz w:val="22"/>
              </w:rPr>
              <w:t>8. SIGNATURES</w:t>
            </w:r>
          </w:p>
        </w:tc>
      </w:tr>
    </w:tbl>
    <w:p>
      <w:pPr>
        <w:spacing w:after="0"/>
      </w:pPr>
    </w:p>
    <w:p>
      <w:r>
        <w:t>By signing below, I confirm that I have read and understood this form, that my questions have been answered, and that I voluntarily consent to the session and relevant information processing as indicated above.</w:t>
      </w:r>
    </w:p>
    <w:tbl>
      <w:tblPr>
        <w:tblW w:type="auto" w:w="0"/>
        <w:jc w:val="center"/>
        <w:tblLayout w:type="fixed"/>
        <w:tblLook w:firstColumn="1" w:firstRow="1" w:lastColumn="0" w:lastRow="0" w:noHBand="0" w:noVBand="1" w:val="04A0"/>
        <w:tblBorders>
          <w:top w:val="single" w:sz="6" w:color="CADBD9"/>
          <w:left w:val="single" w:sz="6" w:color="CADBD9"/>
          <w:bottom w:val="single" w:sz="6" w:color="CADBD9"/>
          <w:right w:val="single" w:sz="6" w:color="CADBD9"/>
          <w:insideH w:val="single" w:sz="6" w:color="CADBD9"/>
          <w:insideV w:val="single" w:sz="6" w:color="CADBD9"/>
        </w:tblBorders>
      </w:tblPr>
      <w:tblGrid>
        <w:gridCol w:w="5083"/>
        <w:gridCol w:w="5083"/>
      </w:tblGrid>
      <w:tr>
        <w:tc>
          <w:tcPr>
            <w:tcW w:type="dxa" w:w="3168"/>
            <w:vAlign w:val="center"/>
            <w:shd w:fill="E9F1EF"/>
            <w:tcMar>
              <w:top w:w="85" w:type="dxa"/>
              <w:start w:w="115" w:type="dxa"/>
              <w:bottom w:w="85" w:type="dxa"/>
              <w:end w:w="115" w:type="dxa"/>
            </w:tcMar>
          </w:tcPr>
          <w:p>
            <w:r>
              <w:rPr>
                <w:rFonts w:ascii="Arial" w:hAnsi="Arial"/>
                <w:b/>
                <w:i w:val="0"/>
                <w:color w:val="031C33"/>
                <w:sz w:val="16"/>
              </w:rPr>
              <w:t>Client full name</w:t>
            </w:r>
          </w:p>
        </w:tc>
        <w:tc>
          <w:tcPr>
            <w:tcW w:type="dxa" w:w="6998"/>
            <w:vAlign w:val="center"/>
            <w:tcMar>
              <w:top w:w="85" w:type="dxa"/>
              <w:start w:w="115" w:type="dxa"/>
              <w:bottom w:w="85" w:type="dxa"/>
              <w:end w:w="115" w:type="dxa"/>
            </w:tcMar>
          </w:tcPr>
          <w:p>
            <w:r>
              <w:rPr>
                <w:rFonts w:ascii="Arial" w:hAnsi="Arial"/>
                <w:b w:val="0"/>
                <w:i w:val="0"/>
                <w:color w:val="234456"/>
                <w:sz w:val="17"/>
              </w:rPr>
              <w:t>[Enter]</w:t>
            </w:r>
          </w:p>
        </w:tc>
      </w:tr>
      <w:tr>
        <w:tc>
          <w:tcPr>
            <w:tcW w:type="dxa" w:w="3168"/>
            <w:vAlign w:val="center"/>
            <w:shd w:fill="E9F1EF"/>
            <w:tcMar>
              <w:top w:w="85" w:type="dxa"/>
              <w:start w:w="115" w:type="dxa"/>
              <w:bottom w:w="85" w:type="dxa"/>
              <w:end w:w="115" w:type="dxa"/>
            </w:tcMar>
          </w:tcPr>
          <w:p>
            <w:r>
              <w:rPr>
                <w:rFonts w:ascii="Arial" w:hAnsi="Arial"/>
                <w:b/>
                <w:i w:val="0"/>
                <w:color w:val="031C33"/>
                <w:sz w:val="16"/>
              </w:rPr>
              <w:t>Client signature</w:t>
            </w:r>
          </w:p>
        </w:tc>
        <w:tc>
          <w:tcPr>
            <w:tcW w:type="dxa" w:w="6998"/>
            <w:vAlign w:val="center"/>
            <w:tcMar>
              <w:top w:w="85" w:type="dxa"/>
              <w:start w:w="115" w:type="dxa"/>
              <w:bottom w:w="85" w:type="dxa"/>
              <w:end w:w="115" w:type="dxa"/>
            </w:tcMar>
          </w:tcPr>
          <w:p>
            <w:r>
              <w:rPr>
                <w:rFonts w:ascii="Arial" w:hAnsi="Arial"/>
                <w:b w:val="0"/>
                <w:i w:val="0"/>
                <w:color w:val="234456"/>
                <w:sz w:val="17"/>
              </w:rPr>
              <w:t>________________________________________</w:t>
            </w:r>
          </w:p>
        </w:tc>
      </w:tr>
      <w:tr>
        <w:tc>
          <w:tcPr>
            <w:tcW w:type="dxa" w:w="3168"/>
            <w:vAlign w:val="center"/>
            <w:shd w:fill="E9F1EF"/>
            <w:tcMar>
              <w:top w:w="85" w:type="dxa"/>
              <w:start w:w="115" w:type="dxa"/>
              <w:bottom w:w="85" w:type="dxa"/>
              <w:end w:w="115" w:type="dxa"/>
            </w:tcMar>
          </w:tcPr>
          <w:p>
            <w:r>
              <w:rPr>
                <w:rFonts w:ascii="Arial" w:hAnsi="Arial"/>
                <w:b/>
                <w:i w:val="0"/>
                <w:color w:val="031C33"/>
                <w:sz w:val="16"/>
              </w:rPr>
              <w:t>Date &amp; time</w:t>
            </w:r>
          </w:p>
        </w:tc>
        <w:tc>
          <w:tcPr>
            <w:tcW w:type="dxa" w:w="6998"/>
            <w:vAlign w:val="center"/>
            <w:tcMar>
              <w:top w:w="85" w:type="dxa"/>
              <w:start w:w="115" w:type="dxa"/>
              <w:bottom w:w="85" w:type="dxa"/>
              <w:end w:w="115" w:type="dxa"/>
            </w:tcMar>
          </w:tcPr>
          <w:p>
            <w:r>
              <w:rPr>
                <w:rFonts w:ascii="Arial" w:hAnsi="Arial"/>
                <w:b w:val="0"/>
                <w:i w:val="0"/>
                <w:color w:val="234456"/>
                <w:sz w:val="17"/>
              </w:rPr>
              <w:t>[DD / MM / YYYY]        [HH:MM]</w:t>
            </w:r>
          </w:p>
        </w:tc>
      </w:tr>
      <w:tr>
        <w:tc>
          <w:tcPr>
            <w:tcW w:type="dxa" w:w="3168"/>
            <w:vAlign w:val="center"/>
            <w:shd w:fill="E9F1EF"/>
            <w:tcMar>
              <w:top w:w="85" w:type="dxa"/>
              <w:start w:w="115" w:type="dxa"/>
              <w:bottom w:w="85" w:type="dxa"/>
              <w:end w:w="115" w:type="dxa"/>
            </w:tcMar>
          </w:tcPr>
          <w:p>
            <w:r>
              <w:rPr>
                <w:rFonts w:ascii="Arial" w:hAnsi="Arial"/>
                <w:b/>
                <w:i w:val="0"/>
                <w:color w:val="031C33"/>
                <w:sz w:val="16"/>
              </w:rPr>
              <w:t>Practitioner name</w:t>
            </w:r>
          </w:p>
        </w:tc>
        <w:tc>
          <w:tcPr>
            <w:tcW w:type="dxa" w:w="6998"/>
            <w:vAlign w:val="center"/>
            <w:tcMar>
              <w:top w:w="85" w:type="dxa"/>
              <w:start w:w="115" w:type="dxa"/>
              <w:bottom w:w="85" w:type="dxa"/>
              <w:end w:w="115" w:type="dxa"/>
            </w:tcMar>
          </w:tcPr>
          <w:p>
            <w:r>
              <w:rPr>
                <w:rFonts w:ascii="Arial" w:hAnsi="Arial"/>
                <w:b w:val="0"/>
                <w:i w:val="0"/>
                <w:color w:val="234456"/>
                <w:sz w:val="17"/>
              </w:rPr>
              <w:t>[Enter]</w:t>
            </w:r>
          </w:p>
        </w:tc>
      </w:tr>
      <w:tr>
        <w:tc>
          <w:tcPr>
            <w:tcW w:type="dxa" w:w="3168"/>
            <w:vAlign w:val="center"/>
            <w:shd w:fill="E9F1EF"/>
            <w:tcMar>
              <w:top w:w="85" w:type="dxa"/>
              <w:start w:w="115" w:type="dxa"/>
              <w:bottom w:w="85" w:type="dxa"/>
              <w:end w:w="115" w:type="dxa"/>
            </w:tcMar>
          </w:tcPr>
          <w:p>
            <w:r>
              <w:rPr>
                <w:rFonts w:ascii="Arial" w:hAnsi="Arial"/>
                <w:b/>
                <w:i w:val="0"/>
                <w:color w:val="031C33"/>
                <w:sz w:val="16"/>
              </w:rPr>
              <w:t>Practitioner signature</w:t>
            </w:r>
          </w:p>
        </w:tc>
        <w:tc>
          <w:tcPr>
            <w:tcW w:type="dxa" w:w="6998"/>
            <w:vAlign w:val="center"/>
            <w:tcMar>
              <w:top w:w="85" w:type="dxa"/>
              <w:start w:w="115" w:type="dxa"/>
              <w:bottom w:w="85" w:type="dxa"/>
              <w:end w:w="115" w:type="dxa"/>
            </w:tcMar>
          </w:tcPr>
          <w:p>
            <w:r>
              <w:rPr>
                <w:rFonts w:ascii="Arial" w:hAnsi="Arial"/>
                <w:b w:val="0"/>
                <w:i w:val="0"/>
                <w:color w:val="234456"/>
                <w:sz w:val="17"/>
              </w:rPr>
              <w:t>________________________________________</w:t>
            </w:r>
          </w:p>
        </w:tc>
      </w:tr>
      <w:tr>
        <w:tc>
          <w:tcPr>
            <w:tcW w:type="dxa" w:w="3168"/>
            <w:vAlign w:val="center"/>
            <w:shd w:fill="E9F1EF"/>
            <w:tcMar>
              <w:top w:w="85" w:type="dxa"/>
              <w:start w:w="115" w:type="dxa"/>
              <w:bottom w:w="85" w:type="dxa"/>
              <w:end w:w="115" w:type="dxa"/>
            </w:tcMar>
          </w:tcPr>
          <w:p>
            <w:r>
              <w:rPr>
                <w:rFonts w:ascii="Arial" w:hAnsi="Arial"/>
                <w:b/>
                <w:i w:val="0"/>
                <w:color w:val="031C33"/>
                <w:sz w:val="16"/>
              </w:rPr>
              <w:t>Date &amp; time</w:t>
            </w:r>
          </w:p>
        </w:tc>
        <w:tc>
          <w:tcPr>
            <w:tcW w:type="dxa" w:w="6998"/>
            <w:vAlign w:val="center"/>
            <w:tcMar>
              <w:top w:w="85" w:type="dxa"/>
              <w:start w:w="115" w:type="dxa"/>
              <w:bottom w:w="85" w:type="dxa"/>
              <w:end w:w="115" w:type="dxa"/>
            </w:tcMar>
          </w:tcPr>
          <w:p>
            <w:r>
              <w:rPr>
                <w:rFonts w:ascii="Arial" w:hAnsi="Arial"/>
                <w:b w:val="0"/>
                <w:i w:val="0"/>
                <w:color w:val="234456"/>
                <w:sz w:val="17"/>
              </w:rPr>
              <w:t>[DD / MM / YYYY]        [HH:MM]</w:t>
            </w:r>
          </w:p>
        </w:tc>
      </w:tr>
    </w:tbl>
    <w:p/>
    <w:p>
      <w:r>
        <w:rPr>
          <w:rFonts w:ascii="Arial" w:hAnsi="Arial"/>
          <w:b/>
          <w:i w:val="0"/>
          <w:color w:val="031C33"/>
          <w:sz w:val="20"/>
        </w:rPr>
        <w:t>For a minor or person requiring authorised consent</w:t>
      </w:r>
    </w:p>
    <w:tbl>
      <w:tblPr>
        <w:tblW w:type="auto" w:w="0"/>
        <w:jc w:val="center"/>
        <w:tblLayout w:type="fixed"/>
        <w:tblLook w:firstColumn="1" w:firstRow="1" w:lastColumn="0" w:lastRow="0" w:noHBand="0" w:noVBand="1" w:val="04A0"/>
        <w:tblBorders>
          <w:top w:val="single" w:sz="6" w:color="CADBD9"/>
          <w:left w:val="single" w:sz="6" w:color="CADBD9"/>
          <w:bottom w:val="single" w:sz="6" w:color="CADBD9"/>
          <w:right w:val="single" w:sz="6" w:color="CADBD9"/>
          <w:insideH w:val="single" w:sz="6" w:color="CADBD9"/>
          <w:insideV w:val="single" w:sz="6" w:color="CADBD9"/>
        </w:tblBorders>
      </w:tblPr>
      <w:tblGrid>
        <w:gridCol w:w="5083"/>
        <w:gridCol w:w="5083"/>
      </w:tblGrid>
      <w:tr>
        <w:tc>
          <w:tcPr>
            <w:tcW w:type="dxa" w:w="3168"/>
            <w:vAlign w:val="center"/>
            <w:shd w:fill="E9F1EF"/>
            <w:tcMar>
              <w:top w:w="85" w:type="dxa"/>
              <w:start w:w="115" w:type="dxa"/>
              <w:bottom w:w="85" w:type="dxa"/>
              <w:end w:w="115" w:type="dxa"/>
            </w:tcMar>
          </w:tcPr>
          <w:p>
            <w:r>
              <w:rPr>
                <w:rFonts w:ascii="Arial" w:hAnsi="Arial"/>
                <w:b/>
                <w:i w:val="0"/>
                <w:color w:val="031C33"/>
                <w:sz w:val="16"/>
              </w:rPr>
              <w:t>Parent / guardian / authorised representative</w:t>
            </w:r>
          </w:p>
        </w:tc>
        <w:tc>
          <w:tcPr>
            <w:tcW w:type="dxa" w:w="6998"/>
            <w:vAlign w:val="center"/>
            <w:tcMar>
              <w:top w:w="85" w:type="dxa"/>
              <w:start w:w="115" w:type="dxa"/>
              <w:bottom w:w="85" w:type="dxa"/>
              <w:end w:w="115" w:type="dxa"/>
            </w:tcMar>
          </w:tcPr>
          <w:p>
            <w:r>
              <w:rPr>
                <w:rFonts w:ascii="Arial" w:hAnsi="Arial"/>
                <w:b w:val="0"/>
                <w:i w:val="0"/>
                <w:color w:val="234456"/>
                <w:sz w:val="17"/>
              </w:rPr>
              <w:t>[Enter full name]</w:t>
            </w:r>
          </w:p>
        </w:tc>
      </w:tr>
      <w:tr>
        <w:tc>
          <w:tcPr>
            <w:tcW w:type="dxa" w:w="3168"/>
            <w:vAlign w:val="center"/>
            <w:shd w:fill="E9F1EF"/>
            <w:tcMar>
              <w:top w:w="85" w:type="dxa"/>
              <w:start w:w="115" w:type="dxa"/>
              <w:bottom w:w="85" w:type="dxa"/>
              <w:end w:w="115" w:type="dxa"/>
            </w:tcMar>
          </w:tcPr>
          <w:p>
            <w:r>
              <w:rPr>
                <w:rFonts w:ascii="Arial" w:hAnsi="Arial"/>
                <w:b/>
                <w:i w:val="0"/>
                <w:color w:val="031C33"/>
                <w:sz w:val="16"/>
              </w:rPr>
              <w:t>Relationship / authority</w:t>
            </w:r>
          </w:p>
        </w:tc>
        <w:tc>
          <w:tcPr>
            <w:tcW w:type="dxa" w:w="6998"/>
            <w:vAlign w:val="center"/>
            <w:tcMar>
              <w:top w:w="85" w:type="dxa"/>
              <w:start w:w="115" w:type="dxa"/>
              <w:bottom w:w="85" w:type="dxa"/>
              <w:end w:w="115" w:type="dxa"/>
            </w:tcMar>
          </w:tcPr>
          <w:p>
            <w:r>
              <w:rPr>
                <w:rFonts w:ascii="Arial" w:hAnsi="Arial"/>
                <w:b w:val="0"/>
                <w:i w:val="0"/>
                <w:color w:val="234456"/>
                <w:sz w:val="17"/>
              </w:rPr>
              <w:t>[Enter]</w:t>
            </w:r>
          </w:p>
        </w:tc>
      </w:tr>
      <w:tr>
        <w:tc>
          <w:tcPr>
            <w:tcW w:type="dxa" w:w="3168"/>
            <w:vAlign w:val="center"/>
            <w:shd w:fill="E9F1EF"/>
            <w:tcMar>
              <w:top w:w="85" w:type="dxa"/>
              <w:start w:w="115" w:type="dxa"/>
              <w:bottom w:w="85" w:type="dxa"/>
              <w:end w:w="115" w:type="dxa"/>
            </w:tcMar>
          </w:tcPr>
          <w:p>
            <w:r>
              <w:rPr>
                <w:rFonts w:ascii="Arial" w:hAnsi="Arial"/>
                <w:b/>
                <w:i w:val="0"/>
                <w:color w:val="031C33"/>
                <w:sz w:val="16"/>
              </w:rPr>
              <w:t>Signature</w:t>
            </w:r>
          </w:p>
        </w:tc>
        <w:tc>
          <w:tcPr>
            <w:tcW w:type="dxa" w:w="6998"/>
            <w:vAlign w:val="center"/>
            <w:tcMar>
              <w:top w:w="85" w:type="dxa"/>
              <w:start w:w="115" w:type="dxa"/>
              <w:bottom w:w="85" w:type="dxa"/>
              <w:end w:w="115" w:type="dxa"/>
            </w:tcMar>
          </w:tcPr>
          <w:p>
            <w:r>
              <w:rPr>
                <w:rFonts w:ascii="Arial" w:hAnsi="Arial"/>
                <w:b w:val="0"/>
                <w:i w:val="0"/>
                <w:color w:val="234456"/>
                <w:sz w:val="17"/>
              </w:rPr>
              <w:t>________________________________________</w:t>
            </w:r>
          </w:p>
        </w:tc>
      </w:tr>
      <w:tr>
        <w:tc>
          <w:tcPr>
            <w:tcW w:type="dxa" w:w="3168"/>
            <w:vAlign w:val="center"/>
            <w:shd w:fill="E9F1EF"/>
            <w:tcMar>
              <w:top w:w="85" w:type="dxa"/>
              <w:start w:w="115" w:type="dxa"/>
              <w:bottom w:w="85" w:type="dxa"/>
              <w:end w:w="115" w:type="dxa"/>
            </w:tcMar>
          </w:tcPr>
          <w:p>
            <w:r>
              <w:rPr>
                <w:rFonts w:ascii="Arial" w:hAnsi="Arial"/>
                <w:b/>
                <w:i w:val="0"/>
                <w:color w:val="031C33"/>
                <w:sz w:val="16"/>
              </w:rPr>
              <w:t>Date</w:t>
            </w:r>
          </w:p>
        </w:tc>
        <w:tc>
          <w:tcPr>
            <w:tcW w:type="dxa" w:w="6998"/>
            <w:vAlign w:val="center"/>
            <w:tcMar>
              <w:top w:w="85" w:type="dxa"/>
              <w:start w:w="115" w:type="dxa"/>
              <w:bottom w:w="85" w:type="dxa"/>
              <w:end w:w="115" w:type="dxa"/>
            </w:tcMar>
          </w:tcPr>
          <w:p>
            <w:r>
              <w:rPr>
                <w:rFonts w:ascii="Arial" w:hAnsi="Arial"/>
                <w:b w:val="0"/>
                <w:i w:val="0"/>
                <w:color w:val="234456"/>
                <w:sz w:val="17"/>
              </w:rPr>
              <w:t>[DD / MM / YYYY]</w:t>
            </w:r>
          </w:p>
        </w:tc>
      </w:tr>
    </w:tbl>
    <w:tbl>
      <w:tblPr>
        <w:tblW w:type="auto" w:w="0"/>
        <w:tblLayout w:type="fixed"/>
        <w:tblLook w:firstColumn="1" w:firstRow="1" w:lastColumn="0" w:lastRow="0" w:noHBand="0" w:noVBand="1" w:val="04A0"/>
      </w:tblPr>
      <w:tblGrid>
        <w:gridCol w:w="10166"/>
      </w:tblGrid>
      <w:tr>
        <w:tc>
          <w:tcPr>
            <w:tcW w:type="dxa" w:w="10166"/>
            <w:shd w:fill="031C33"/>
            <w:tcMar>
              <w:top w:w="115" w:type="dxa"/>
              <w:start w:w="150" w:type="dxa"/>
              <w:bottom w:w="105" w:type="dxa"/>
              <w:end w:w="150" w:type="dxa"/>
            </w:tcMar>
          </w:tcPr>
          <w:p>
            <w:pPr>
              <w:spacing w:after="0"/>
            </w:pPr>
            <w:r>
              <w:rPr>
                <w:rFonts w:ascii="Arial" w:hAnsi="Arial"/>
                <w:b/>
                <w:i w:val="0"/>
                <w:color w:val="FFFFFF"/>
                <w:sz w:val="22"/>
              </w:rPr>
              <w:t>9. PRACTITIONER-ONLY NOTES</w:t>
            </w:r>
          </w:p>
        </w:tc>
      </w:tr>
    </w:tbl>
    <w:p>
      <w:pPr>
        <w:spacing w:after="0"/>
      </w:pPr>
    </w:p>
    <w:p>
      <w:pPr>
        <w:spacing w:after="80"/>
      </w:pPr>
      <w:r>
        <w:rPr>
          <w:rFonts w:ascii="Arial" w:hAnsi="Arial"/>
          <w:b/>
          <w:i w:val="0"/>
          <w:color w:val="506572"/>
          <w:sz w:val="16"/>
        </w:rPr>
        <w:t xml:space="preserve">Device / software used:  </w:t>
      </w:r>
      <w:r>
        <w:rPr>
          <w:rFonts w:ascii="Arial" w:hAnsi="Arial"/>
          <w:b w:val="0"/>
          <w:i w:val="0"/>
          <w:color w:val="234456"/>
          <w:sz w:val="18"/>
        </w:rPr>
        <w:t>________________________________________________________________</w:t>
      </w:r>
    </w:p>
    <w:p>
      <w:pPr>
        <w:spacing w:after="80"/>
      </w:pPr>
      <w:r>
        <w:rPr>
          <w:rFonts w:ascii="Arial" w:hAnsi="Arial"/>
          <w:b/>
          <w:i w:val="0"/>
          <w:color w:val="506572"/>
          <w:sz w:val="16"/>
        </w:rPr>
        <w:t xml:space="preserve">Session focus:  </w:t>
      </w:r>
      <w:r>
        <w:rPr>
          <w:rFonts w:ascii="Arial" w:hAnsi="Arial"/>
          <w:b w:val="0"/>
          <w:i w:val="0"/>
          <w:color w:val="234456"/>
          <w:sz w:val="18"/>
        </w:rPr>
        <w:t>________________________________________________________________</w:t>
      </w:r>
    </w:p>
    <w:p>
      <w:pPr>
        <w:spacing w:after="80"/>
      </w:pPr>
      <w:r>
        <w:rPr>
          <w:rFonts w:ascii="Arial" w:hAnsi="Arial"/>
          <w:b/>
          <w:i w:val="0"/>
          <w:color w:val="506572"/>
          <w:sz w:val="16"/>
        </w:rPr>
        <w:t xml:space="preserve">  </w:t>
      </w:r>
      <w:r>
        <w:rPr>
          <w:rFonts w:ascii="Arial" w:hAnsi="Arial"/>
          <w:b w:val="0"/>
          <w:i w:val="0"/>
          <w:color w:val="234456"/>
          <w:sz w:val="18"/>
        </w:rPr>
        <w:t>________________________________________________________________</w:t>
      </w:r>
    </w:p>
    <w:p>
      <w:pPr>
        <w:spacing w:after="80"/>
      </w:pPr>
      <w:r>
        <w:rPr>
          <w:rFonts w:ascii="Arial" w:hAnsi="Arial"/>
          <w:b/>
          <w:i w:val="0"/>
          <w:color w:val="506572"/>
          <w:sz w:val="16"/>
        </w:rPr>
        <w:t xml:space="preserve">Key observations recorded (non-diagnostic language):  </w:t>
      </w:r>
      <w:r>
        <w:rPr>
          <w:rFonts w:ascii="Arial" w:hAnsi="Arial"/>
          <w:b w:val="0"/>
          <w:i w:val="0"/>
          <w:color w:val="234456"/>
          <w:sz w:val="18"/>
        </w:rPr>
        <w:t>________________________________________________________________</w:t>
      </w:r>
    </w:p>
    <w:p>
      <w:pPr>
        <w:spacing w:after="80"/>
      </w:pPr>
      <w:r>
        <w:rPr>
          <w:rFonts w:ascii="Arial" w:hAnsi="Arial"/>
          <w:b/>
          <w:i w:val="0"/>
          <w:color w:val="506572"/>
          <w:sz w:val="16"/>
        </w:rPr>
        <w:t xml:space="preserve">  </w:t>
      </w:r>
      <w:r>
        <w:rPr>
          <w:rFonts w:ascii="Arial" w:hAnsi="Arial"/>
          <w:b w:val="0"/>
          <w:i w:val="0"/>
          <w:color w:val="234456"/>
          <w:sz w:val="18"/>
        </w:rPr>
        <w:t>________________________________________________________________</w:t>
      </w:r>
    </w:p>
    <w:p>
      <w:pPr>
        <w:spacing w:after="80"/>
      </w:pPr>
      <w:r>
        <w:rPr>
          <w:rFonts w:ascii="Arial" w:hAnsi="Arial"/>
          <w:b/>
          <w:i w:val="0"/>
          <w:color w:val="506572"/>
          <w:sz w:val="16"/>
        </w:rPr>
        <w:t xml:space="preserve">Referrals / red flags discussed:  </w:t>
      </w:r>
      <w:r>
        <w:rPr>
          <w:rFonts w:ascii="Arial" w:hAnsi="Arial"/>
          <w:b w:val="0"/>
          <w:i w:val="0"/>
          <w:color w:val="234456"/>
          <w:sz w:val="18"/>
        </w:rPr>
        <w:t>________________________________________________________________</w:t>
      </w:r>
    </w:p>
    <w:p>
      <w:pPr>
        <w:spacing w:after="80"/>
      </w:pPr>
      <w:r>
        <w:rPr>
          <w:rFonts w:ascii="Arial" w:hAnsi="Arial"/>
          <w:b/>
          <w:i w:val="0"/>
          <w:color w:val="506572"/>
          <w:sz w:val="16"/>
        </w:rPr>
        <w:t xml:space="preserve">Follow-up plan:  </w:t>
      </w:r>
      <w:r>
        <w:rPr>
          <w:rFonts w:ascii="Arial" w:hAnsi="Arial"/>
          <w:b w:val="0"/>
          <w:i w:val="0"/>
          <w:color w:val="234456"/>
          <w:sz w:val="18"/>
        </w:rPr>
        <w:t>________________________________________________________________</w:t>
      </w:r>
    </w:p>
    <w:tbl>
      <w:tblPr>
        <w:tblW w:type="auto" w:w="0"/>
        <w:tblLayout w:type="fixed"/>
        <w:tblLook w:firstColumn="1" w:firstRow="1" w:lastColumn="0" w:lastRow="0" w:noHBand="0" w:noVBand="1" w:val="04A0"/>
        <w:tblBorders>
          <w:top w:val="single" w:sz="8" w:color="B69757"/>
          <w:left w:val="single" w:sz="8" w:color="B69757"/>
          <w:bottom w:val="single" w:sz="8" w:color="B69757"/>
          <w:right w:val="single" w:sz="8" w:color="B69757"/>
          <w:insideH w:val="single" w:sz="8" w:color="B69757"/>
          <w:insideV w:val="single" w:sz="8" w:color="B69757"/>
        </w:tblBorders>
      </w:tblPr>
      <w:tblGrid>
        <w:gridCol w:w="10166"/>
      </w:tblGrid>
      <w:tr>
        <w:tc>
          <w:tcPr>
            <w:tcW w:type="dxa" w:w="10166"/>
            <w:shd w:fill="FCFAF5"/>
            <w:tcMar>
              <w:top w:w="105" w:type="dxa"/>
              <w:start w:w="150" w:type="dxa"/>
              <w:bottom w:w="105" w:type="dxa"/>
              <w:end w:w="150" w:type="dxa"/>
            </w:tcMar>
          </w:tcPr>
          <w:p>
            <w:r>
              <w:rPr>
                <w:rFonts w:ascii="Arial" w:hAnsi="Arial"/>
                <w:b/>
                <w:i w:val="0"/>
                <w:color w:val="031C33"/>
                <w:sz w:val="17"/>
              </w:rPr>
              <w:t>TEMPLATE USE NOTICE</w:t>
            </w:r>
          </w:p>
        </w:tc>
      </w:tr>
      <w:tr>
        <w:tc>
          <w:tcPr>
            <w:tcW w:type="dxa" w:w="10166"/>
            <w:shd w:fill="FCFAF5"/>
            <w:tcMar>
              <w:top w:w="105" w:type="dxa"/>
              <w:start w:w="150" w:type="dxa"/>
              <w:bottom w:w="105" w:type="dxa"/>
              <w:end w:w="150" w:type="dxa"/>
            </w:tcMar>
          </w:tcPr>
          <w:p>
            <w:r>
              <w:rPr>
                <w:rFonts w:ascii="Arial" w:hAnsi="Arial"/>
                <w:b w:val="0"/>
                <w:i w:val="0"/>
                <w:color w:val="234456"/>
                <w:sz w:val="16"/>
              </w:rPr>
              <w:t>This is a general editable template, not legal advice or a substitute for professional indemnity, scope-of-practice, device-manufacturer or regulatory guidance. Before use, replace every bracketed placeholder, remove sections that do not apply, add your cancellation/payment terms if required, and obtain review appropriate to your jurisdiction and services.</w:t>
            </w:r>
          </w:p>
        </w:tc>
      </w:tr>
    </w:tbl>
    <w:sectPr w:rsidR="00FC693F" w:rsidRPr="0006063C" w:rsidSect="00034616">
      <w:headerReference w:type="default" r:id="rId9"/>
      <w:footerReference w:type="default" r:id="rId10"/>
      <w:pgSz w:w="12240" w:h="15840"/>
      <w:pgMar w:top="1008" w:right="1037" w:bottom="979" w:left="1037" w:header="461"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tbl>
    <w:tblPr>
      <w:tblW w:type="auto" w:w="0"/>
      <w:tblLayout w:type="fixed"/>
      <w:tblLook w:firstColumn="1" w:firstRow="1" w:lastColumn="0" w:lastRow="0" w:noHBand="0" w:noVBand="1" w:val="04A0"/>
    </w:tblPr>
    <w:tblGrid>
      <w:gridCol w:w="8064"/>
      <w:gridCol w:w="2102"/>
    </w:tblGrid>
    <w:tr>
      <w:tc>
        <w:tcPr>
          <w:tcW w:type="dxa" w:w="5083"/>
        </w:tcPr>
        <w:p>
          <w:r>
            <w:rPr>
              <w:rFonts w:ascii="Arial" w:hAnsi="Arial"/>
              <w:b w:val="0"/>
              <w:i w:val="0"/>
              <w:color w:val="506572"/>
              <w:sz w:val="14"/>
            </w:rPr>
            <w:t>[Practice phone]  |  [Email]  |  [Website]</w:t>
          </w:r>
        </w:p>
      </w:tc>
      <w:tc>
        <w:tcPr>
          <w:tcW w:type="dxa" w:w="5083"/>
        </w:tcPr>
        <w:p>
          <w:pPr>
            <w:jc w:val="right"/>
          </w:pPr>
          <w:r>
            <w:rPr>
              <w:rFonts w:ascii="Arial" w:hAnsi="Arial"/>
              <w:b w:val="0"/>
              <w:i w:val="0"/>
              <w:color w:val="506572"/>
              <w:sz w:val="14"/>
            </w:rPr>
            <w:t>Client initials: ______</w:t>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60"/>
    </w:pPr>
    <w:r>
      <w:drawing>
        <wp:inline xmlns:a="http://schemas.openxmlformats.org/drawingml/2006/main" xmlns:pic="http://schemas.openxmlformats.org/drawingml/2006/picture">
          <wp:extent cx="310896" cy="310896"/>
          <wp:docPr id="1" name="Picture 1"/>
          <wp:cNvGraphicFramePr>
            <a:graphicFrameLocks noChangeAspect="1"/>
          </wp:cNvGraphicFramePr>
          <a:graphic>
            <a:graphicData uri="http://schemas.openxmlformats.org/drawingml/2006/picture">
              <pic:pic>
                <pic:nvPicPr>
                  <pic:cNvPr id="0" name="logo-print.png"/>
                  <pic:cNvPicPr/>
                </pic:nvPicPr>
                <pic:blipFill>
                  <a:blip r:embed="rId1"/>
                  <a:stretch>
                    <a:fillRect/>
                  </a:stretch>
                </pic:blipFill>
                <pic:spPr>
                  <a:xfrm>
                    <a:off x="0" y="0"/>
                    <a:ext cx="310896" cy="310896"/>
                  </a:xfrm>
                  <a:prstGeom prst="rect"/>
                </pic:spPr>
              </pic:pic>
            </a:graphicData>
          </a:graphic>
        </wp:inline>
      </w:drawing>
    </w:r>
    <w:r>
      <w:rPr>
        <w:rFonts w:ascii="Calibri" w:hAnsi="Calibri"/>
        <w:color w:val="126B76"/>
        <w:sz w:val="16"/>
      </w:rPr>
      <w:t xml:space="preserve">  ANAVRIN WELLNESS  |  PRACTITIONER RESOURCES</w:t>
    </w:r>
  </w:p>
  <w:tbl>
    <w:tblPr>
      <w:tblW w:type="auto" w:w="0"/>
      <w:jc w:val="center"/>
      <w:tblLayout w:type="fixed"/>
      <w:tblLook w:firstColumn="1" w:firstRow="1" w:lastColumn="0" w:lastRow="0" w:noHBand="0" w:noVBand="1" w:val="04A0"/>
    </w:tblPr>
    <w:tblGrid>
      <w:gridCol w:w="5083"/>
      <w:gridCol w:w="5083"/>
    </w:tblGrid>
    <w:tr>
      <w:tc>
        <w:tcPr>
          <w:tcW w:type="dxa" w:w="5083"/>
          <w:tcMar>
            <w:top w:w="0" w:type="dxa"/>
            <w:start w:w="0" w:type="dxa"/>
            <w:bottom w:w="20" w:type="dxa"/>
            <w:end w:w="0" w:type="dxa"/>
          </w:tcMar>
        </w:tcPr>
        <w:p>
          <w:r>
            <w:rPr>
              <w:rFonts w:ascii="Arial" w:hAnsi="Arial"/>
              <w:b/>
              <w:i w:val="0"/>
              <w:color w:val="031C33"/>
              <w:sz w:val="15"/>
            </w:rPr>
            <w:t>[PRACTICE / BUSINESS NAME]</w:t>
          </w:r>
        </w:p>
      </w:tc>
      <w:tc>
        <w:tcPr>
          <w:tcW w:type="dxa" w:w="5083"/>
          <w:tcMar>
            <w:top w:w="0" w:type="dxa"/>
            <w:start w:w="0" w:type="dxa"/>
            <w:bottom w:w="20" w:type="dxa"/>
            <w:end w:w="0" w:type="dxa"/>
          </w:tcMar>
        </w:tcPr>
        <w:p>
          <w:pPr>
            <w:jc w:val="right"/>
          </w:pPr>
          <w:r>
            <w:rPr>
              <w:rFonts w:ascii="Arial" w:hAnsi="Arial"/>
              <w:b w:val="0"/>
              <w:i w:val="0"/>
              <w:color w:val="506572"/>
              <w:sz w:val="14"/>
            </w:rPr>
            <w:t>CLIENT ENROLMENT &amp; CONSENT</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69" w:lineRule="auto"/>
    </w:pPr>
    <w:rPr>
      <w:rFonts w:ascii="Arial" w:hAnsi="Arial"/>
      <w:color w:val="233330"/>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60" w:after="140"/>
      <w:outlineLvl w:val="0"/>
    </w:pPr>
    <w:rPr>
      <w:rFonts w:asciiTheme="majorHAnsi" w:eastAsiaTheme="majorEastAsia" w:hAnsiTheme="majorHAnsi" w:cstheme="majorBidi" w:ascii="Arial" w:hAnsi="Arial"/>
      <w:b/>
      <w:bCs/>
      <w:color w:val="031C33"/>
      <w:sz w:val="30"/>
      <w:szCs w:val="28"/>
    </w:rPr>
  </w:style>
  <w:style w:type="paragraph" w:styleId="Heading2">
    <w:name w:val="heading 2"/>
    <w:basedOn w:val="Normal"/>
    <w:next w:val="Normal"/>
    <w:link w:val="Heading2Char"/>
    <w:uiPriority w:val="9"/>
    <w:unhideWhenUsed/>
    <w:qFormat/>
    <w:rsid w:val="00FC693F"/>
    <w:pPr>
      <w:keepNext/>
      <w:keepLines/>
      <w:spacing w:before="180" w:after="80"/>
      <w:outlineLvl w:val="1"/>
    </w:pPr>
    <w:rPr>
      <w:rFonts w:asciiTheme="majorHAnsi" w:eastAsiaTheme="majorEastAsia" w:hAnsiTheme="majorHAnsi" w:cstheme="majorBidi" w:ascii="Arial" w:hAnsi="Arial"/>
      <w:b/>
      <w:bCs/>
      <w:color w:val="031C33"/>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31C3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31C33"/>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31C33"/>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31C33"/>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31C33"/>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31C33"/>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31C3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31C33"/>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31C33"/>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ormLabel">
    <w:name w:val="Form Label"/>
    <w:pPr>
      <w:spacing w:after="40"/>
    </w:pPr>
    <w:rPr>
      <w:rFonts w:ascii="Arial" w:hAnsi="Arial"/>
      <w:b/>
      <w:color w:val="61736E"/>
      <w:sz w:val="15"/>
    </w:rPr>
  </w:style>
  <w:style w:type="paragraph" w:customStyle="1" w:styleId="SmallNote">
    <w:name w:val="Small Note"/>
    <w:pPr>
      <w:spacing w:after="60" w:line="252" w:lineRule="auto"/>
    </w:pPr>
    <w:rPr>
      <w:rFonts w:ascii="Arial" w:hAnsi="Arial"/>
      <w:color w:val="61736E"/>
      <w:sz w:val="15"/>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Bioresonance Client Enrolment and Consent Form</dc:title>
  <dc:subject>Customisable client enrolment, informed consent and privacy template for complementary bioresonance / NLS sessions</dc:subject>
  <dc:creator>Samantha Roeloffze</dc:creator>
  <cp:keywords>bioresonance, NLS, consent form, client enrolment, editable template</cp:keywords>
  <dc:description>generated by python-docx</dc:description>
  <cp:lastModifiedBy/>
  <cp:revision>1</cp:revision>
  <dcterms:created xsi:type="dcterms:W3CDTF">2013-12-23T23:15:00Z</dcterms:created>
  <dcterms:modified xsi:type="dcterms:W3CDTF">2013-12-23T23:15:00Z</dcterms:modified>
  <cp:category/>
</cp:coreProperties>
</file>